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02EC2" w14:textId="77777777" w:rsidR="00F914D5" w:rsidRPr="001C6FD4" w:rsidRDefault="00F914D5" w:rsidP="001C6FD4">
      <w:pPr>
        <w:spacing w:line="276" w:lineRule="auto"/>
      </w:pPr>
    </w:p>
    <w:p w14:paraId="47AE8D7C" w14:textId="30A1CD9D" w:rsidR="00F914D5" w:rsidRPr="001C6FD4" w:rsidRDefault="00971AA8" w:rsidP="001C6FD4">
      <w:pPr>
        <w:spacing w:line="276" w:lineRule="auto"/>
        <w:jc w:val="center"/>
        <w:rPr>
          <w:b/>
          <w:bCs/>
        </w:rPr>
      </w:pPr>
      <w:r w:rsidRPr="001C6FD4">
        <w:rPr>
          <w:b/>
          <w:bCs/>
        </w:rPr>
        <w:t>LAPORAN KEIKUTSERTAAN DALAM KEGIATAN</w:t>
      </w:r>
    </w:p>
    <w:p w14:paraId="0E76B30E" w14:textId="62DDE39D" w:rsidR="00F914D5" w:rsidRPr="001C6FD4" w:rsidRDefault="00971AA8" w:rsidP="001C6FD4">
      <w:pPr>
        <w:spacing w:line="276" w:lineRule="auto"/>
        <w:jc w:val="center"/>
      </w:pPr>
      <w:r w:rsidRPr="001C6FD4">
        <w:t xml:space="preserve">Pelatihan </w:t>
      </w:r>
      <w:r w:rsidR="00932B39" w:rsidRPr="001C6FD4">
        <w:t>Audit Mutu Internal (AMI-SPMI)</w:t>
      </w:r>
      <w:r w:rsidRPr="001C6FD4">
        <w:t xml:space="preserve"> Bagi Dosen PTKIS</w:t>
      </w:r>
    </w:p>
    <w:p w14:paraId="7ABFCDDD" w14:textId="77777777" w:rsidR="00F914D5" w:rsidRPr="001C6FD4" w:rsidRDefault="00971AA8" w:rsidP="001C6FD4">
      <w:pPr>
        <w:spacing w:line="276" w:lineRule="auto"/>
        <w:jc w:val="center"/>
      </w:pPr>
      <w:r w:rsidRPr="001C6FD4">
        <w:t>Diselenggarakan oleh Kopertais Wilayah V Aceh</w:t>
      </w:r>
    </w:p>
    <w:p w14:paraId="2B4996D1" w14:textId="77777777" w:rsidR="00F914D5" w:rsidRPr="001C6FD4" w:rsidRDefault="00971AA8" w:rsidP="001C6FD4">
      <w:pPr>
        <w:spacing w:line="276" w:lineRule="auto"/>
        <w:jc w:val="center"/>
      </w:pPr>
      <w:r w:rsidRPr="001C6FD4">
        <w:t>19 November 2025</w:t>
      </w:r>
    </w:p>
    <w:p w14:paraId="412B8965" w14:textId="77777777" w:rsidR="00F914D5" w:rsidRPr="001C6FD4" w:rsidRDefault="00F914D5" w:rsidP="001C6FD4">
      <w:pPr>
        <w:spacing w:line="276" w:lineRule="auto"/>
      </w:pPr>
    </w:p>
    <w:p w14:paraId="3E42CDBF" w14:textId="63582B8C" w:rsidR="00F914D5" w:rsidRDefault="00F914D5" w:rsidP="001C6FD4">
      <w:pPr>
        <w:spacing w:line="276" w:lineRule="auto"/>
      </w:pPr>
    </w:p>
    <w:p w14:paraId="488B8229" w14:textId="2B0D32BE" w:rsidR="00EF3248" w:rsidRDefault="00EF3248" w:rsidP="001C6FD4">
      <w:pPr>
        <w:spacing w:line="276" w:lineRule="auto"/>
      </w:pPr>
    </w:p>
    <w:p w14:paraId="34606051" w14:textId="77777777" w:rsidR="00EF3248" w:rsidRPr="001C6FD4" w:rsidRDefault="00EF3248" w:rsidP="001C6FD4">
      <w:pPr>
        <w:spacing w:line="276" w:lineRule="auto"/>
      </w:pPr>
    </w:p>
    <w:p w14:paraId="630D8F79" w14:textId="6FB81AC6" w:rsidR="008C6F7F" w:rsidRPr="001C6FD4" w:rsidRDefault="00971AA8" w:rsidP="001C6FD4">
      <w:pPr>
        <w:spacing w:line="276" w:lineRule="auto"/>
        <w:jc w:val="center"/>
      </w:pPr>
      <w:r w:rsidRPr="001C6FD4">
        <w:t>Khairul Fahm</w:t>
      </w:r>
      <w:r w:rsidR="008C6F7F" w:rsidRPr="001C6FD4">
        <w:t>i</w:t>
      </w:r>
      <w:r w:rsidRPr="001C6FD4">
        <w:t>, M.A</w:t>
      </w:r>
    </w:p>
    <w:p w14:paraId="315C544F" w14:textId="73E24BBF" w:rsidR="00F914D5" w:rsidRPr="001C6FD4" w:rsidRDefault="00971AA8" w:rsidP="001C6FD4">
      <w:pPr>
        <w:spacing w:line="276" w:lineRule="auto"/>
        <w:jc w:val="center"/>
      </w:pPr>
      <w:r w:rsidRPr="001C6FD4">
        <w:t xml:space="preserve">Syifa Mardhiah, </w:t>
      </w:r>
      <w:proofErr w:type="spellStart"/>
      <w:r w:rsidRPr="001C6FD4">
        <w:t>M.Pd</w:t>
      </w:r>
      <w:proofErr w:type="spellEnd"/>
    </w:p>
    <w:p w14:paraId="2E926E4D" w14:textId="429E53D1" w:rsidR="008C6F7F" w:rsidRPr="001C6FD4" w:rsidRDefault="008C6F7F" w:rsidP="001C6FD4">
      <w:pPr>
        <w:spacing w:line="276" w:lineRule="auto"/>
        <w:jc w:val="center"/>
      </w:pPr>
    </w:p>
    <w:p w14:paraId="257C1CA4" w14:textId="0C1AF8D3" w:rsidR="004F0A15" w:rsidRPr="001C6FD4" w:rsidRDefault="004F0A15" w:rsidP="001C6FD4">
      <w:pPr>
        <w:spacing w:line="276" w:lineRule="auto"/>
      </w:pPr>
      <w:r w:rsidRPr="001C6FD4">
        <w:rPr>
          <w:noProof/>
        </w:rPr>
        <w:drawing>
          <wp:anchor distT="0" distB="0" distL="114300" distR="114300" simplePos="0" relativeHeight="251658240" behindDoc="0" locked="0" layoutInCell="1" allowOverlap="1" wp14:anchorId="0C4A9D2A" wp14:editId="2AF7241D">
            <wp:simplePos x="0" y="0"/>
            <wp:positionH relativeFrom="margin">
              <wp:align>center</wp:align>
            </wp:positionH>
            <wp:positionV relativeFrom="margin">
              <wp:align>center</wp:align>
            </wp:positionV>
            <wp:extent cx="1313815" cy="1405890"/>
            <wp:effectExtent l="0" t="0" r="0" b="0"/>
            <wp:wrapSquare wrapText="bothSides"/>
            <wp:docPr id="1" name="Gamba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3815" cy="1405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025C94" w14:textId="28A689EF" w:rsidR="008C6F7F" w:rsidRPr="001C6FD4" w:rsidRDefault="008C6F7F" w:rsidP="001C6FD4">
      <w:pPr>
        <w:spacing w:line="276" w:lineRule="auto"/>
        <w:jc w:val="center"/>
      </w:pPr>
    </w:p>
    <w:p w14:paraId="18066C72" w14:textId="497B03FE" w:rsidR="008C6F7F" w:rsidRPr="001C6FD4" w:rsidRDefault="008C6F7F" w:rsidP="001C6FD4">
      <w:pPr>
        <w:spacing w:line="276" w:lineRule="auto"/>
        <w:jc w:val="center"/>
      </w:pPr>
    </w:p>
    <w:p w14:paraId="0F54F20E" w14:textId="48D6C134" w:rsidR="008C6F7F" w:rsidRPr="001C6FD4" w:rsidRDefault="008C6F7F" w:rsidP="001C6FD4">
      <w:pPr>
        <w:spacing w:line="276" w:lineRule="auto"/>
        <w:jc w:val="center"/>
      </w:pPr>
    </w:p>
    <w:p w14:paraId="71BEB19E" w14:textId="3BB0F069" w:rsidR="008C6F7F" w:rsidRPr="001C6FD4" w:rsidRDefault="008C6F7F" w:rsidP="001C6FD4">
      <w:pPr>
        <w:spacing w:line="276" w:lineRule="auto"/>
        <w:jc w:val="center"/>
      </w:pPr>
    </w:p>
    <w:p w14:paraId="0E03C949" w14:textId="424DA087" w:rsidR="008C6F7F" w:rsidRPr="001C6FD4" w:rsidRDefault="008C6F7F" w:rsidP="001C6FD4">
      <w:pPr>
        <w:spacing w:line="276" w:lineRule="auto"/>
        <w:jc w:val="center"/>
      </w:pPr>
    </w:p>
    <w:p w14:paraId="37143EEC" w14:textId="1EBEC272" w:rsidR="008C6F7F" w:rsidRPr="001C6FD4" w:rsidRDefault="008C6F7F" w:rsidP="001C6FD4">
      <w:pPr>
        <w:spacing w:line="276" w:lineRule="auto"/>
        <w:jc w:val="center"/>
      </w:pPr>
    </w:p>
    <w:p w14:paraId="173659AC" w14:textId="1B1ACF30" w:rsidR="008C6F7F" w:rsidRPr="001C6FD4" w:rsidRDefault="008C6F7F" w:rsidP="001C6FD4">
      <w:pPr>
        <w:spacing w:line="276" w:lineRule="auto"/>
        <w:jc w:val="center"/>
      </w:pPr>
    </w:p>
    <w:p w14:paraId="6E8B24A6" w14:textId="6B09E7B1" w:rsidR="008C6F7F" w:rsidRPr="001C6FD4" w:rsidRDefault="008C6F7F" w:rsidP="001C6FD4">
      <w:pPr>
        <w:spacing w:line="276" w:lineRule="auto"/>
        <w:jc w:val="center"/>
      </w:pPr>
    </w:p>
    <w:p w14:paraId="760A6703" w14:textId="2ADC2AFB" w:rsidR="008C6F7F" w:rsidRPr="001C6FD4" w:rsidRDefault="008C6F7F" w:rsidP="001C6FD4">
      <w:pPr>
        <w:spacing w:line="276" w:lineRule="auto"/>
        <w:jc w:val="center"/>
      </w:pPr>
    </w:p>
    <w:p w14:paraId="5B69B666" w14:textId="0C4D91A0" w:rsidR="0096520E" w:rsidRPr="001C6FD4" w:rsidRDefault="0096520E" w:rsidP="001C6FD4">
      <w:pPr>
        <w:spacing w:line="276" w:lineRule="auto"/>
        <w:jc w:val="center"/>
      </w:pPr>
    </w:p>
    <w:p w14:paraId="16D86026" w14:textId="05ED4E0D" w:rsidR="0096520E" w:rsidRPr="001C6FD4" w:rsidRDefault="0096520E" w:rsidP="001C6FD4">
      <w:pPr>
        <w:spacing w:line="276" w:lineRule="auto"/>
        <w:jc w:val="center"/>
      </w:pPr>
    </w:p>
    <w:p w14:paraId="7BD7FDB2" w14:textId="282C7F9D" w:rsidR="0096520E" w:rsidRPr="001C6FD4" w:rsidRDefault="0096520E" w:rsidP="001C6FD4">
      <w:pPr>
        <w:spacing w:line="276" w:lineRule="auto"/>
        <w:jc w:val="center"/>
      </w:pPr>
    </w:p>
    <w:p w14:paraId="4E287DE1" w14:textId="02720466" w:rsidR="0096520E" w:rsidRPr="001C6FD4" w:rsidRDefault="0096520E" w:rsidP="001C6FD4">
      <w:pPr>
        <w:spacing w:line="276" w:lineRule="auto"/>
        <w:jc w:val="center"/>
      </w:pPr>
    </w:p>
    <w:p w14:paraId="6B1F607E" w14:textId="2DC5BEC2" w:rsidR="0096520E" w:rsidRPr="001C6FD4" w:rsidRDefault="0096520E" w:rsidP="001C6FD4">
      <w:pPr>
        <w:spacing w:line="276" w:lineRule="auto"/>
        <w:jc w:val="center"/>
      </w:pPr>
    </w:p>
    <w:p w14:paraId="1633E222" w14:textId="5F76FB08" w:rsidR="0096520E" w:rsidRPr="001C6FD4" w:rsidRDefault="0096520E" w:rsidP="001C6FD4">
      <w:pPr>
        <w:spacing w:line="276" w:lineRule="auto"/>
        <w:jc w:val="center"/>
      </w:pPr>
    </w:p>
    <w:p w14:paraId="72894316" w14:textId="16DF9363" w:rsidR="0096520E" w:rsidRPr="001C6FD4" w:rsidRDefault="0096520E" w:rsidP="001C6FD4">
      <w:pPr>
        <w:spacing w:line="276" w:lineRule="auto"/>
        <w:jc w:val="center"/>
      </w:pPr>
    </w:p>
    <w:p w14:paraId="1A260220" w14:textId="3F2C5234" w:rsidR="0096520E" w:rsidRPr="001C6FD4" w:rsidRDefault="0096520E" w:rsidP="001C6FD4">
      <w:pPr>
        <w:spacing w:line="276" w:lineRule="auto"/>
        <w:jc w:val="center"/>
      </w:pPr>
    </w:p>
    <w:p w14:paraId="225A60CC" w14:textId="004025AA" w:rsidR="0096520E" w:rsidRPr="001C6FD4" w:rsidRDefault="0096520E" w:rsidP="001C6FD4">
      <w:pPr>
        <w:spacing w:line="276" w:lineRule="auto"/>
        <w:jc w:val="center"/>
      </w:pPr>
    </w:p>
    <w:p w14:paraId="37F19D09" w14:textId="4B22378A" w:rsidR="0096520E" w:rsidRPr="001C6FD4" w:rsidRDefault="0096520E" w:rsidP="001C6FD4">
      <w:pPr>
        <w:spacing w:line="276" w:lineRule="auto"/>
        <w:jc w:val="center"/>
      </w:pPr>
    </w:p>
    <w:p w14:paraId="7AB9861E" w14:textId="3A5B16B3" w:rsidR="0096520E" w:rsidRPr="001C6FD4" w:rsidRDefault="0096520E" w:rsidP="001C6FD4">
      <w:pPr>
        <w:spacing w:line="276" w:lineRule="auto"/>
        <w:jc w:val="center"/>
      </w:pPr>
    </w:p>
    <w:p w14:paraId="3F7DC07B" w14:textId="564E0B98" w:rsidR="0096520E" w:rsidRPr="001C6FD4" w:rsidRDefault="0096520E" w:rsidP="001C6FD4">
      <w:pPr>
        <w:spacing w:line="276" w:lineRule="auto"/>
        <w:jc w:val="center"/>
      </w:pPr>
    </w:p>
    <w:p w14:paraId="4D89BE54" w14:textId="77777777" w:rsidR="0096520E" w:rsidRPr="001C6FD4" w:rsidRDefault="0096520E" w:rsidP="001C6FD4">
      <w:pPr>
        <w:spacing w:line="276" w:lineRule="auto"/>
        <w:jc w:val="center"/>
      </w:pPr>
    </w:p>
    <w:p w14:paraId="09528B2A" w14:textId="77777777" w:rsidR="008C6F7F" w:rsidRPr="001C6FD4" w:rsidRDefault="008C6F7F" w:rsidP="001C6FD4">
      <w:pPr>
        <w:spacing w:line="276" w:lineRule="auto"/>
        <w:jc w:val="center"/>
      </w:pPr>
    </w:p>
    <w:p w14:paraId="32D599A9" w14:textId="76260021" w:rsidR="00F914D5" w:rsidRPr="001C6FD4" w:rsidRDefault="004F0A15" w:rsidP="001C6FD4">
      <w:pPr>
        <w:spacing w:line="276" w:lineRule="auto"/>
        <w:jc w:val="center"/>
        <w:rPr>
          <w:b/>
          <w:bCs/>
        </w:rPr>
      </w:pPr>
      <w:r w:rsidRPr="001C6FD4">
        <w:rPr>
          <w:b/>
          <w:bCs/>
        </w:rPr>
        <w:t>SEKOLAH TINGGI ILMU TARBIYAH</w:t>
      </w:r>
    </w:p>
    <w:p w14:paraId="661E2007" w14:textId="00500F72" w:rsidR="00F914D5" w:rsidRPr="001C6FD4" w:rsidRDefault="00971AA8" w:rsidP="001C6FD4">
      <w:pPr>
        <w:spacing w:line="276" w:lineRule="auto"/>
        <w:jc w:val="center"/>
        <w:rPr>
          <w:b/>
          <w:bCs/>
        </w:rPr>
      </w:pPr>
      <w:r w:rsidRPr="001C6FD4">
        <w:rPr>
          <w:b/>
          <w:bCs/>
        </w:rPr>
        <w:t>P</w:t>
      </w:r>
      <w:r w:rsidR="004F0A15" w:rsidRPr="001C6FD4">
        <w:rPr>
          <w:b/>
          <w:bCs/>
        </w:rPr>
        <w:t>ERGURUAN TINGGI ISLAM AL-HILAL SIGLI</w:t>
      </w:r>
    </w:p>
    <w:p w14:paraId="1A6D35E6" w14:textId="7C162AD1" w:rsidR="004F0A15" w:rsidRPr="001C6FD4" w:rsidRDefault="004F0A15" w:rsidP="001C6FD4">
      <w:pPr>
        <w:spacing w:line="276" w:lineRule="auto"/>
        <w:jc w:val="center"/>
        <w:rPr>
          <w:b/>
          <w:bCs/>
        </w:rPr>
      </w:pPr>
      <w:r w:rsidRPr="001C6FD4">
        <w:rPr>
          <w:b/>
          <w:bCs/>
        </w:rPr>
        <w:t>2025</w:t>
      </w:r>
    </w:p>
    <w:p w14:paraId="2CBF8C01" w14:textId="6775BD42" w:rsidR="00F914D5" w:rsidRPr="001C6FD4" w:rsidRDefault="00F914D5" w:rsidP="001C6FD4">
      <w:pPr>
        <w:spacing w:line="276" w:lineRule="auto"/>
      </w:pPr>
    </w:p>
    <w:p w14:paraId="2AEA6937" w14:textId="06A58955" w:rsidR="00BE79AE" w:rsidRPr="001C6FD4" w:rsidRDefault="00BE79AE" w:rsidP="001C6FD4">
      <w:pPr>
        <w:spacing w:line="276" w:lineRule="auto"/>
      </w:pPr>
    </w:p>
    <w:p w14:paraId="2983D079" w14:textId="66B27537" w:rsidR="00BE79AE" w:rsidRPr="001C6FD4" w:rsidRDefault="0096520E" w:rsidP="001C6FD4">
      <w:pPr>
        <w:spacing w:line="276" w:lineRule="auto"/>
      </w:pPr>
      <w:r w:rsidRPr="001C6FD4">
        <w:rPr>
          <w:noProof/>
        </w:rPr>
        <w:drawing>
          <wp:inline distT="0" distB="0" distL="0" distR="0" wp14:anchorId="6747B1D8" wp14:editId="649DEB6C">
            <wp:extent cx="5486400" cy="7764145"/>
            <wp:effectExtent l="0" t="0" r="0" b="0"/>
            <wp:docPr id="13" name="Gambar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ambar 13"/>
                    <pic:cNvPicPr/>
                  </pic:nvPicPr>
                  <pic:blipFill>
                    <a:blip r:embed="rId7"/>
                    <a:stretch>
                      <a:fillRect/>
                    </a:stretch>
                  </pic:blipFill>
                  <pic:spPr>
                    <a:xfrm>
                      <a:off x="0" y="0"/>
                      <a:ext cx="5486400" cy="7764145"/>
                    </a:xfrm>
                    <a:prstGeom prst="rect">
                      <a:avLst/>
                    </a:prstGeom>
                  </pic:spPr>
                </pic:pic>
              </a:graphicData>
            </a:graphic>
          </wp:inline>
        </w:drawing>
      </w:r>
    </w:p>
    <w:p w14:paraId="32B84CD4" w14:textId="77777777" w:rsidR="0096520E" w:rsidRPr="001C6FD4" w:rsidRDefault="0096520E" w:rsidP="001C6FD4">
      <w:pPr>
        <w:spacing w:line="276" w:lineRule="auto"/>
        <w:jc w:val="center"/>
        <w:rPr>
          <w:b/>
          <w:bCs/>
        </w:rPr>
      </w:pPr>
    </w:p>
    <w:p w14:paraId="76BA81AB" w14:textId="77777777" w:rsidR="0096520E" w:rsidRPr="001C6FD4" w:rsidRDefault="0096520E" w:rsidP="001C6FD4">
      <w:pPr>
        <w:spacing w:line="276" w:lineRule="auto"/>
        <w:jc w:val="center"/>
        <w:rPr>
          <w:b/>
          <w:bCs/>
        </w:rPr>
      </w:pPr>
    </w:p>
    <w:p w14:paraId="5B123BF8" w14:textId="77777777" w:rsidR="0096520E" w:rsidRPr="001C6FD4" w:rsidRDefault="0096520E" w:rsidP="001C6FD4">
      <w:pPr>
        <w:spacing w:line="276" w:lineRule="auto"/>
        <w:jc w:val="center"/>
        <w:rPr>
          <w:b/>
          <w:bCs/>
        </w:rPr>
      </w:pPr>
    </w:p>
    <w:p w14:paraId="3D107416" w14:textId="6C0D736E" w:rsidR="008D28EF" w:rsidRPr="001C6FD4" w:rsidRDefault="00AB3124" w:rsidP="001C6FD4">
      <w:pPr>
        <w:spacing w:line="276" w:lineRule="auto"/>
        <w:jc w:val="center"/>
        <w:rPr>
          <w:b/>
          <w:bCs/>
        </w:rPr>
      </w:pPr>
      <w:r w:rsidRPr="001C6FD4">
        <w:rPr>
          <w:b/>
          <w:bCs/>
        </w:rPr>
        <w:t>LEMBAR PENGESAHAN</w:t>
      </w:r>
    </w:p>
    <w:p w14:paraId="6975B547" w14:textId="30A136BF" w:rsidR="008D28EF" w:rsidRPr="001C6FD4" w:rsidRDefault="008D28EF" w:rsidP="001C6FD4">
      <w:pPr>
        <w:spacing w:line="276" w:lineRule="auto"/>
        <w:jc w:val="center"/>
        <w:rPr>
          <w:b/>
          <w:bCs/>
        </w:rPr>
      </w:pPr>
    </w:p>
    <w:tbl>
      <w:tblPr>
        <w:tblStyle w:val="KisiTabel"/>
        <w:tblW w:w="0" w:type="auto"/>
        <w:jc w:val="center"/>
        <w:tblLook w:val="04A0" w:firstRow="1" w:lastRow="0" w:firstColumn="1" w:lastColumn="0" w:noHBand="0" w:noVBand="1"/>
      </w:tblPr>
      <w:tblGrid>
        <w:gridCol w:w="3721"/>
        <w:gridCol w:w="4988"/>
      </w:tblGrid>
      <w:tr w:rsidR="00AB3124" w:rsidRPr="001C6FD4" w14:paraId="23BCAE76" w14:textId="77777777" w:rsidTr="00AB3124">
        <w:trPr>
          <w:jc w:val="center"/>
        </w:trPr>
        <w:tc>
          <w:tcPr>
            <w:tcW w:w="3721" w:type="dxa"/>
          </w:tcPr>
          <w:p w14:paraId="175E9B4D" w14:textId="12337709" w:rsidR="00AB3124" w:rsidRPr="001C6FD4" w:rsidRDefault="00AB3124" w:rsidP="001C6FD4">
            <w:pPr>
              <w:spacing w:line="276" w:lineRule="auto"/>
              <w:jc w:val="center"/>
              <w:rPr>
                <w:b/>
                <w:bCs/>
              </w:rPr>
            </w:pPr>
            <w:r w:rsidRPr="001C6FD4">
              <w:rPr>
                <w:b/>
                <w:bCs/>
              </w:rPr>
              <w:t>Tanggal</w:t>
            </w:r>
          </w:p>
        </w:tc>
        <w:tc>
          <w:tcPr>
            <w:tcW w:w="4988" w:type="dxa"/>
          </w:tcPr>
          <w:p w14:paraId="2378A22E" w14:textId="70BBC7F6" w:rsidR="00AB3124" w:rsidRPr="001C6FD4" w:rsidRDefault="00AB3124" w:rsidP="001C6FD4">
            <w:pPr>
              <w:spacing w:line="276" w:lineRule="auto"/>
              <w:jc w:val="center"/>
              <w:rPr>
                <w:b/>
                <w:bCs/>
              </w:rPr>
            </w:pPr>
            <w:r w:rsidRPr="001C6FD4">
              <w:rPr>
                <w:b/>
                <w:bCs/>
              </w:rPr>
              <w:t>24 November 2025</w:t>
            </w:r>
          </w:p>
        </w:tc>
      </w:tr>
      <w:tr w:rsidR="00AB3124" w:rsidRPr="001C6FD4" w14:paraId="1DF6DC45" w14:textId="77777777" w:rsidTr="00AB3124">
        <w:trPr>
          <w:jc w:val="center"/>
        </w:trPr>
        <w:tc>
          <w:tcPr>
            <w:tcW w:w="3721" w:type="dxa"/>
            <w:vAlign w:val="center"/>
          </w:tcPr>
          <w:p w14:paraId="187DACA7" w14:textId="756612D0" w:rsidR="00AB3124" w:rsidRPr="001C6FD4" w:rsidRDefault="00AB3124" w:rsidP="001C6FD4">
            <w:pPr>
              <w:spacing w:line="276" w:lineRule="auto"/>
              <w:jc w:val="center"/>
              <w:rPr>
                <w:b/>
                <w:bCs/>
              </w:rPr>
            </w:pPr>
            <w:r w:rsidRPr="001C6FD4">
              <w:rPr>
                <w:b/>
                <w:bCs/>
              </w:rPr>
              <w:t>Diajukan oleh</w:t>
            </w:r>
          </w:p>
        </w:tc>
        <w:tc>
          <w:tcPr>
            <w:tcW w:w="4988" w:type="dxa"/>
            <w:vAlign w:val="center"/>
          </w:tcPr>
          <w:p w14:paraId="7C14D3D4" w14:textId="1D2C4311" w:rsidR="00AB3124" w:rsidRPr="001C6FD4" w:rsidRDefault="005C7B90" w:rsidP="001C6FD4">
            <w:pPr>
              <w:spacing w:line="276" w:lineRule="auto"/>
              <w:jc w:val="center"/>
              <w:rPr>
                <w:b/>
                <w:bCs/>
              </w:rPr>
            </w:pPr>
            <w:r w:rsidRPr="001C6FD4">
              <w:rPr>
                <w:b/>
                <w:bCs/>
                <w:noProof/>
              </w:rPr>
              <w:drawing>
                <wp:anchor distT="0" distB="0" distL="114300" distR="114300" simplePos="0" relativeHeight="251670528" behindDoc="1" locked="0" layoutInCell="1" allowOverlap="1" wp14:anchorId="4615B0A7" wp14:editId="4926C977">
                  <wp:simplePos x="0" y="0"/>
                  <wp:positionH relativeFrom="column">
                    <wp:posOffset>1199965</wp:posOffset>
                  </wp:positionH>
                  <wp:positionV relativeFrom="paragraph">
                    <wp:posOffset>141215</wp:posOffset>
                  </wp:positionV>
                  <wp:extent cx="904240" cy="1205230"/>
                  <wp:effectExtent l="0" t="0" r="0" b="0"/>
                  <wp:wrapNone/>
                  <wp:docPr id="9" name="Gambar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ambar 8"/>
                          <pic:cNvPicPr/>
                        </pic:nvPicPr>
                        <pic:blipFill>
                          <a:blip r:embed="rId8"/>
                          <a:stretch>
                            <a:fillRect/>
                          </a:stretch>
                        </pic:blipFill>
                        <pic:spPr>
                          <a:xfrm>
                            <a:off x="0" y="0"/>
                            <a:ext cx="904240" cy="1205230"/>
                          </a:xfrm>
                          <a:prstGeom prst="rect">
                            <a:avLst/>
                          </a:prstGeom>
                        </pic:spPr>
                      </pic:pic>
                    </a:graphicData>
                  </a:graphic>
                  <wp14:sizeRelH relativeFrom="page">
                    <wp14:pctWidth>0</wp14:pctWidth>
                  </wp14:sizeRelH>
                  <wp14:sizeRelV relativeFrom="page">
                    <wp14:pctHeight>0</wp14:pctHeight>
                  </wp14:sizeRelV>
                </wp:anchor>
              </w:drawing>
            </w:r>
            <w:r w:rsidR="00AB3124" w:rsidRPr="001C6FD4">
              <w:rPr>
                <w:b/>
                <w:bCs/>
              </w:rPr>
              <w:t>Dosen STIT Al-Hilal Sigli</w:t>
            </w:r>
          </w:p>
          <w:p w14:paraId="7B4E1968" w14:textId="1CBBB3ED" w:rsidR="00AB3124" w:rsidRPr="001C6FD4" w:rsidRDefault="00AB3124" w:rsidP="001C6FD4">
            <w:pPr>
              <w:spacing w:line="276" w:lineRule="auto"/>
              <w:jc w:val="center"/>
              <w:rPr>
                <w:b/>
                <w:bCs/>
              </w:rPr>
            </w:pPr>
          </w:p>
          <w:p w14:paraId="67F2520D" w14:textId="5642BD73" w:rsidR="00AB3124" w:rsidRPr="001C6FD4" w:rsidRDefault="00AB3124" w:rsidP="001C6FD4">
            <w:pPr>
              <w:spacing w:line="276" w:lineRule="auto"/>
              <w:jc w:val="center"/>
              <w:rPr>
                <w:b/>
                <w:bCs/>
              </w:rPr>
            </w:pPr>
          </w:p>
          <w:p w14:paraId="596AC0DD" w14:textId="6F75C130" w:rsidR="00AB3124" w:rsidRPr="001C6FD4" w:rsidRDefault="00AB3124" w:rsidP="001C6FD4">
            <w:pPr>
              <w:spacing w:line="276" w:lineRule="auto"/>
              <w:jc w:val="center"/>
              <w:rPr>
                <w:b/>
                <w:bCs/>
              </w:rPr>
            </w:pPr>
          </w:p>
          <w:p w14:paraId="138145A7" w14:textId="4315163B" w:rsidR="00AB3124" w:rsidRPr="001C6FD4" w:rsidRDefault="00AB3124" w:rsidP="001C6FD4">
            <w:pPr>
              <w:spacing w:line="276" w:lineRule="auto"/>
              <w:jc w:val="center"/>
              <w:rPr>
                <w:b/>
                <w:bCs/>
              </w:rPr>
            </w:pPr>
          </w:p>
          <w:p w14:paraId="4CC79CA1" w14:textId="28E1873F" w:rsidR="00AB3124" w:rsidRPr="001C6FD4" w:rsidRDefault="00AB3124" w:rsidP="001C6FD4">
            <w:pPr>
              <w:spacing w:line="276" w:lineRule="auto"/>
              <w:jc w:val="center"/>
              <w:rPr>
                <w:b/>
                <w:bCs/>
              </w:rPr>
            </w:pPr>
          </w:p>
          <w:p w14:paraId="01F0DA84" w14:textId="418FA06A" w:rsidR="00AB3124" w:rsidRPr="001C6FD4" w:rsidRDefault="00AB3124" w:rsidP="001C6FD4">
            <w:pPr>
              <w:spacing w:line="276" w:lineRule="auto"/>
              <w:jc w:val="center"/>
              <w:rPr>
                <w:b/>
                <w:bCs/>
              </w:rPr>
            </w:pPr>
          </w:p>
          <w:p w14:paraId="1D0468C2" w14:textId="402F7360" w:rsidR="00AB3124" w:rsidRPr="001C6FD4" w:rsidRDefault="00AB3124" w:rsidP="001C6FD4">
            <w:pPr>
              <w:pStyle w:val="DaftarParagraf"/>
              <w:numPr>
                <w:ilvl w:val="0"/>
                <w:numId w:val="14"/>
              </w:numPr>
              <w:jc w:val="center"/>
              <w:rPr>
                <w:rFonts w:ascii="Times New Roman" w:hAnsi="Times New Roman" w:cs="Times New Roman"/>
                <w:b/>
                <w:bCs/>
                <w:sz w:val="24"/>
                <w:szCs w:val="24"/>
              </w:rPr>
            </w:pPr>
            <w:r w:rsidRPr="001C6FD4">
              <w:rPr>
                <w:rFonts w:ascii="Times New Roman" w:hAnsi="Times New Roman" w:cs="Times New Roman"/>
                <w:b/>
                <w:bCs/>
                <w:sz w:val="24"/>
                <w:szCs w:val="24"/>
              </w:rPr>
              <w:t>Khairul Fahmi</w:t>
            </w:r>
          </w:p>
          <w:p w14:paraId="20EBCEF3" w14:textId="025718DE" w:rsidR="00AB3124" w:rsidRPr="001C6FD4" w:rsidRDefault="005C7B90" w:rsidP="001C6FD4">
            <w:pPr>
              <w:pStyle w:val="DaftarParagraf"/>
              <w:jc w:val="center"/>
              <w:rPr>
                <w:rFonts w:ascii="Times New Roman" w:hAnsi="Times New Roman" w:cs="Times New Roman"/>
                <w:b/>
                <w:bCs/>
                <w:sz w:val="24"/>
                <w:szCs w:val="24"/>
              </w:rPr>
            </w:pPr>
            <w:r w:rsidRPr="001C6FD4">
              <w:rPr>
                <w:rFonts w:ascii="Times New Roman" w:hAnsi="Times New Roman" w:cs="Times New Roman"/>
                <w:b/>
                <w:bCs/>
                <w:noProof/>
                <w:sz w:val="24"/>
                <w:szCs w:val="24"/>
              </w:rPr>
              <w:drawing>
                <wp:anchor distT="0" distB="0" distL="114300" distR="114300" simplePos="0" relativeHeight="251667456" behindDoc="0" locked="0" layoutInCell="1" allowOverlap="1" wp14:anchorId="1013EA61" wp14:editId="7F4EA236">
                  <wp:simplePos x="0" y="0"/>
                  <wp:positionH relativeFrom="column">
                    <wp:posOffset>1065530</wp:posOffset>
                  </wp:positionH>
                  <wp:positionV relativeFrom="paragraph">
                    <wp:posOffset>138430</wp:posOffset>
                  </wp:positionV>
                  <wp:extent cx="1031875" cy="716915"/>
                  <wp:effectExtent l="0" t="0" r="0" b="0"/>
                  <wp:wrapNone/>
                  <wp:docPr id="4" name="Gamba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ambar 4"/>
                          <pic:cNvPicPr/>
                        </pic:nvPicPr>
                        <pic:blipFill rotWithShape="1">
                          <a:blip r:embed="rId9"/>
                          <a:srcRect l="21057" t="9026" r="25431" b="31110"/>
                          <a:stretch/>
                        </pic:blipFill>
                        <pic:spPr bwMode="auto">
                          <a:xfrm>
                            <a:off x="0" y="0"/>
                            <a:ext cx="1031875" cy="716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A30A12" w14:textId="43F6CF51" w:rsidR="00AB3124" w:rsidRPr="001C6FD4" w:rsidRDefault="00AB3124" w:rsidP="001C6FD4">
            <w:pPr>
              <w:pStyle w:val="DaftarParagraf"/>
              <w:jc w:val="center"/>
              <w:rPr>
                <w:rFonts w:ascii="Times New Roman" w:hAnsi="Times New Roman" w:cs="Times New Roman"/>
                <w:b/>
                <w:bCs/>
                <w:sz w:val="24"/>
                <w:szCs w:val="24"/>
              </w:rPr>
            </w:pPr>
          </w:p>
          <w:p w14:paraId="29300281" w14:textId="649C306B" w:rsidR="00AB3124" w:rsidRPr="001C6FD4" w:rsidRDefault="00AB3124" w:rsidP="001C6FD4">
            <w:pPr>
              <w:pStyle w:val="DaftarParagraf"/>
              <w:jc w:val="center"/>
              <w:rPr>
                <w:rFonts w:ascii="Times New Roman" w:hAnsi="Times New Roman" w:cs="Times New Roman"/>
                <w:b/>
                <w:bCs/>
                <w:sz w:val="24"/>
                <w:szCs w:val="24"/>
              </w:rPr>
            </w:pPr>
          </w:p>
          <w:p w14:paraId="7DE46C17" w14:textId="66C2111B" w:rsidR="00AB3124" w:rsidRPr="001C6FD4" w:rsidRDefault="00AB3124" w:rsidP="001C6FD4">
            <w:pPr>
              <w:pStyle w:val="DaftarParagraf"/>
              <w:jc w:val="center"/>
              <w:rPr>
                <w:rFonts w:ascii="Times New Roman" w:hAnsi="Times New Roman" w:cs="Times New Roman"/>
                <w:b/>
                <w:bCs/>
                <w:sz w:val="24"/>
                <w:szCs w:val="24"/>
              </w:rPr>
            </w:pPr>
          </w:p>
          <w:p w14:paraId="73303DB1" w14:textId="54CF1B68" w:rsidR="00AB3124" w:rsidRPr="001C6FD4" w:rsidRDefault="00AB3124" w:rsidP="001C6FD4">
            <w:pPr>
              <w:pStyle w:val="DaftarParagraf"/>
              <w:jc w:val="center"/>
              <w:rPr>
                <w:rFonts w:ascii="Times New Roman" w:hAnsi="Times New Roman" w:cs="Times New Roman"/>
                <w:b/>
                <w:bCs/>
                <w:sz w:val="24"/>
                <w:szCs w:val="24"/>
              </w:rPr>
            </w:pPr>
          </w:p>
          <w:p w14:paraId="51CCDF0D" w14:textId="028EF441" w:rsidR="00AB3124" w:rsidRPr="001C6FD4" w:rsidRDefault="00AB3124" w:rsidP="001C6FD4">
            <w:pPr>
              <w:pStyle w:val="DaftarParagraf"/>
              <w:numPr>
                <w:ilvl w:val="0"/>
                <w:numId w:val="14"/>
              </w:numPr>
              <w:jc w:val="center"/>
              <w:rPr>
                <w:rFonts w:ascii="Times New Roman" w:hAnsi="Times New Roman" w:cs="Times New Roman"/>
                <w:b/>
                <w:bCs/>
                <w:sz w:val="24"/>
                <w:szCs w:val="24"/>
              </w:rPr>
            </w:pPr>
            <w:proofErr w:type="spellStart"/>
            <w:r w:rsidRPr="001C6FD4">
              <w:rPr>
                <w:rFonts w:ascii="Times New Roman" w:hAnsi="Times New Roman" w:cs="Times New Roman"/>
                <w:b/>
                <w:bCs/>
                <w:sz w:val="24"/>
                <w:szCs w:val="24"/>
              </w:rPr>
              <w:t>Syifa</w:t>
            </w:r>
            <w:proofErr w:type="spellEnd"/>
            <w:r w:rsidRPr="001C6FD4">
              <w:rPr>
                <w:rFonts w:ascii="Times New Roman" w:hAnsi="Times New Roman" w:cs="Times New Roman"/>
                <w:b/>
                <w:bCs/>
                <w:sz w:val="24"/>
                <w:szCs w:val="24"/>
              </w:rPr>
              <w:t xml:space="preserve"> </w:t>
            </w:r>
            <w:proofErr w:type="spellStart"/>
            <w:r w:rsidRPr="001C6FD4">
              <w:rPr>
                <w:rFonts w:ascii="Times New Roman" w:hAnsi="Times New Roman" w:cs="Times New Roman"/>
                <w:b/>
                <w:bCs/>
                <w:sz w:val="24"/>
                <w:szCs w:val="24"/>
              </w:rPr>
              <w:t>Mardhiah</w:t>
            </w:r>
            <w:proofErr w:type="spellEnd"/>
          </w:p>
          <w:p w14:paraId="5A863D31" w14:textId="4E9E521B" w:rsidR="00AB3124" w:rsidRPr="001C6FD4" w:rsidRDefault="00AB3124" w:rsidP="001C6FD4">
            <w:pPr>
              <w:spacing w:line="276" w:lineRule="auto"/>
              <w:jc w:val="center"/>
              <w:rPr>
                <w:b/>
                <w:bCs/>
              </w:rPr>
            </w:pPr>
          </w:p>
          <w:p w14:paraId="262C8957" w14:textId="1CC73ED6" w:rsidR="00AB3124" w:rsidRPr="001C6FD4" w:rsidRDefault="00AB3124" w:rsidP="001C6FD4">
            <w:pPr>
              <w:spacing w:line="276" w:lineRule="auto"/>
              <w:jc w:val="center"/>
              <w:rPr>
                <w:b/>
                <w:bCs/>
              </w:rPr>
            </w:pPr>
          </w:p>
          <w:p w14:paraId="28553698" w14:textId="4A870DD1" w:rsidR="00AB3124" w:rsidRPr="001C6FD4" w:rsidRDefault="00AB3124" w:rsidP="001C6FD4">
            <w:pPr>
              <w:spacing w:line="276" w:lineRule="auto"/>
              <w:jc w:val="center"/>
              <w:rPr>
                <w:b/>
                <w:bCs/>
              </w:rPr>
            </w:pPr>
          </w:p>
        </w:tc>
      </w:tr>
      <w:tr w:rsidR="00AB3124" w:rsidRPr="001C6FD4" w14:paraId="57D8E2C9" w14:textId="77777777" w:rsidTr="00AB3124">
        <w:trPr>
          <w:jc w:val="center"/>
        </w:trPr>
        <w:tc>
          <w:tcPr>
            <w:tcW w:w="3721" w:type="dxa"/>
            <w:vAlign w:val="center"/>
          </w:tcPr>
          <w:p w14:paraId="226D138B" w14:textId="3C715F7E" w:rsidR="00AB3124" w:rsidRPr="001C6FD4" w:rsidRDefault="00AB3124" w:rsidP="001C6FD4">
            <w:pPr>
              <w:spacing w:line="276" w:lineRule="auto"/>
              <w:jc w:val="center"/>
              <w:rPr>
                <w:b/>
                <w:bCs/>
              </w:rPr>
            </w:pPr>
            <w:r w:rsidRPr="001C6FD4">
              <w:rPr>
                <w:b/>
                <w:bCs/>
              </w:rPr>
              <w:t>Disetujui oleh</w:t>
            </w:r>
          </w:p>
        </w:tc>
        <w:tc>
          <w:tcPr>
            <w:tcW w:w="4988" w:type="dxa"/>
            <w:vAlign w:val="center"/>
          </w:tcPr>
          <w:p w14:paraId="453926A3" w14:textId="6C5D7691" w:rsidR="00AB3124" w:rsidRPr="001C6FD4" w:rsidRDefault="00AB3124" w:rsidP="001C6FD4">
            <w:pPr>
              <w:spacing w:line="276" w:lineRule="auto"/>
              <w:jc w:val="center"/>
              <w:rPr>
                <w:b/>
                <w:bCs/>
              </w:rPr>
            </w:pPr>
            <w:r w:rsidRPr="001C6FD4">
              <w:rPr>
                <w:b/>
                <w:bCs/>
              </w:rPr>
              <w:t>Ketua STIT Al-Hilal Sigli</w:t>
            </w:r>
          </w:p>
          <w:p w14:paraId="589A76EF" w14:textId="2494056C" w:rsidR="00AB3124" w:rsidRPr="001C6FD4" w:rsidRDefault="00283210" w:rsidP="001C6FD4">
            <w:pPr>
              <w:spacing w:line="276" w:lineRule="auto"/>
              <w:jc w:val="center"/>
              <w:rPr>
                <w:b/>
                <w:bCs/>
              </w:rPr>
            </w:pPr>
            <w:r w:rsidRPr="001C6FD4">
              <w:rPr>
                <w:noProof/>
              </w:rPr>
              <w:drawing>
                <wp:anchor distT="0" distB="0" distL="114300" distR="114300" simplePos="0" relativeHeight="251672576" behindDoc="0" locked="0" layoutInCell="1" allowOverlap="1" wp14:anchorId="08238CC7" wp14:editId="733EB856">
                  <wp:simplePos x="0" y="0"/>
                  <wp:positionH relativeFrom="column">
                    <wp:posOffset>948055</wp:posOffset>
                  </wp:positionH>
                  <wp:positionV relativeFrom="paragraph">
                    <wp:posOffset>84455</wp:posOffset>
                  </wp:positionV>
                  <wp:extent cx="1040765" cy="694055"/>
                  <wp:effectExtent l="0" t="0" r="0" b="4445"/>
                  <wp:wrapNone/>
                  <wp:docPr id="911560654" name="Picture 152864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560654" name="Picture 152864793"/>
                          <pic:cNvPicPr>
                            <a:picLocks noChangeAspect="1"/>
                          </pic:cNvPicPr>
                        </pic:nvPicPr>
                        <pic:blipFill>
                          <a:blip r:embed="rId10" cstate="print">
                            <a:clrChange>
                              <a:clrFrom>
                                <a:srgbClr val="FFFFFF"/>
                              </a:clrFrom>
                              <a:clrTo>
                                <a:srgbClr val="FFFFFF">
                                  <a:alpha val="0"/>
                                </a:srgbClr>
                              </a:clrTo>
                            </a:clrChange>
                            <a:biLevel thresh="75000"/>
                            <a:extLst>
                              <a:ext uri="{28A0092B-C50C-407E-A947-70E740481C1C}">
                                <a14:useLocalDpi xmlns:a14="http://schemas.microsoft.com/office/drawing/2010/main" val="0"/>
                              </a:ext>
                            </a:extLst>
                          </a:blip>
                          <a:stretch>
                            <a:fillRect/>
                          </a:stretch>
                        </pic:blipFill>
                        <pic:spPr>
                          <a:xfrm>
                            <a:off x="0" y="0"/>
                            <a:ext cx="1040765" cy="694055"/>
                          </a:xfrm>
                          <a:prstGeom prst="rect">
                            <a:avLst/>
                          </a:prstGeom>
                        </pic:spPr>
                      </pic:pic>
                    </a:graphicData>
                  </a:graphic>
                  <wp14:sizeRelH relativeFrom="margin">
                    <wp14:pctWidth>0</wp14:pctWidth>
                  </wp14:sizeRelH>
                  <wp14:sizeRelV relativeFrom="margin">
                    <wp14:pctHeight>0</wp14:pctHeight>
                  </wp14:sizeRelV>
                </wp:anchor>
              </w:drawing>
            </w:r>
          </w:p>
          <w:p w14:paraId="62B2070B" w14:textId="4AFFD7E9" w:rsidR="00AB3124" w:rsidRPr="001C6FD4" w:rsidRDefault="00AB3124" w:rsidP="001C6FD4">
            <w:pPr>
              <w:spacing w:line="276" w:lineRule="auto"/>
              <w:jc w:val="center"/>
              <w:rPr>
                <w:b/>
                <w:bCs/>
              </w:rPr>
            </w:pPr>
          </w:p>
          <w:p w14:paraId="40007A17" w14:textId="00287F86" w:rsidR="00AB3124" w:rsidRPr="001C6FD4" w:rsidRDefault="00AB3124" w:rsidP="001C6FD4">
            <w:pPr>
              <w:spacing w:line="276" w:lineRule="auto"/>
              <w:jc w:val="center"/>
              <w:rPr>
                <w:b/>
                <w:bCs/>
              </w:rPr>
            </w:pPr>
          </w:p>
          <w:p w14:paraId="7BBC95B4" w14:textId="5557CE59" w:rsidR="00AB3124" w:rsidRPr="001C6FD4" w:rsidRDefault="00AB3124" w:rsidP="001C6FD4">
            <w:pPr>
              <w:spacing w:line="276" w:lineRule="auto"/>
              <w:jc w:val="center"/>
              <w:rPr>
                <w:b/>
                <w:bCs/>
              </w:rPr>
            </w:pPr>
          </w:p>
          <w:p w14:paraId="730492B9" w14:textId="64E75F2D" w:rsidR="00AB3124" w:rsidRPr="001C6FD4" w:rsidRDefault="00971AA8" w:rsidP="001C6FD4">
            <w:pPr>
              <w:spacing w:line="276" w:lineRule="auto"/>
              <w:jc w:val="center"/>
              <w:rPr>
                <w:b/>
                <w:bCs/>
              </w:rPr>
            </w:pPr>
            <w:r w:rsidRPr="001C6FD4">
              <w:rPr>
                <w:b/>
                <w:bCs/>
              </w:rPr>
              <w:t xml:space="preserve">Drs. Abdul Manaf, </w:t>
            </w:r>
            <w:proofErr w:type="spellStart"/>
            <w:r w:rsidRPr="001C6FD4">
              <w:rPr>
                <w:b/>
                <w:bCs/>
              </w:rPr>
              <w:t>M.Pd</w:t>
            </w:r>
            <w:proofErr w:type="spellEnd"/>
          </w:p>
          <w:p w14:paraId="1E881E72" w14:textId="77777777" w:rsidR="00AB3124" w:rsidRPr="001C6FD4" w:rsidRDefault="00AB3124" w:rsidP="001C6FD4">
            <w:pPr>
              <w:spacing w:line="276" w:lineRule="auto"/>
              <w:jc w:val="center"/>
              <w:rPr>
                <w:b/>
                <w:bCs/>
              </w:rPr>
            </w:pPr>
          </w:p>
          <w:p w14:paraId="3CAA307D" w14:textId="77777777" w:rsidR="00AB3124" w:rsidRPr="001C6FD4" w:rsidRDefault="00AB3124" w:rsidP="001C6FD4">
            <w:pPr>
              <w:spacing w:line="276" w:lineRule="auto"/>
              <w:jc w:val="center"/>
              <w:rPr>
                <w:b/>
                <w:bCs/>
              </w:rPr>
            </w:pPr>
          </w:p>
          <w:p w14:paraId="4D93721E" w14:textId="6704C298" w:rsidR="00AB3124" w:rsidRPr="001C6FD4" w:rsidRDefault="00AB3124" w:rsidP="001C6FD4">
            <w:pPr>
              <w:spacing w:line="276" w:lineRule="auto"/>
              <w:jc w:val="center"/>
              <w:rPr>
                <w:b/>
                <w:bCs/>
              </w:rPr>
            </w:pPr>
          </w:p>
        </w:tc>
      </w:tr>
    </w:tbl>
    <w:p w14:paraId="34189B89" w14:textId="6AD7B2B2" w:rsidR="008D28EF" w:rsidRPr="001C6FD4" w:rsidRDefault="008D28EF" w:rsidP="001C6FD4">
      <w:pPr>
        <w:spacing w:line="276" w:lineRule="auto"/>
        <w:rPr>
          <w:b/>
          <w:bCs/>
        </w:rPr>
      </w:pPr>
    </w:p>
    <w:p w14:paraId="1DA54DCD" w14:textId="471339D5" w:rsidR="008D28EF" w:rsidRPr="001C6FD4" w:rsidRDefault="008D28EF" w:rsidP="001C6FD4">
      <w:pPr>
        <w:spacing w:line="276" w:lineRule="auto"/>
        <w:jc w:val="center"/>
        <w:rPr>
          <w:b/>
          <w:bCs/>
        </w:rPr>
      </w:pPr>
    </w:p>
    <w:p w14:paraId="2FF44A85" w14:textId="25A57020" w:rsidR="008D28EF" w:rsidRPr="001C6FD4" w:rsidRDefault="008D28EF" w:rsidP="001C6FD4">
      <w:pPr>
        <w:spacing w:line="276" w:lineRule="auto"/>
        <w:jc w:val="center"/>
        <w:rPr>
          <w:b/>
          <w:bCs/>
        </w:rPr>
      </w:pPr>
    </w:p>
    <w:p w14:paraId="081934DE" w14:textId="2F0F2512" w:rsidR="008D28EF" w:rsidRPr="001C6FD4" w:rsidRDefault="008D28EF" w:rsidP="001C6FD4">
      <w:pPr>
        <w:spacing w:line="276" w:lineRule="auto"/>
        <w:jc w:val="center"/>
        <w:rPr>
          <w:b/>
          <w:bCs/>
        </w:rPr>
      </w:pPr>
    </w:p>
    <w:p w14:paraId="0F7AD80B" w14:textId="5A40B7A9" w:rsidR="008D28EF" w:rsidRPr="001C6FD4" w:rsidRDefault="008D28EF" w:rsidP="001C6FD4">
      <w:pPr>
        <w:spacing w:line="276" w:lineRule="auto"/>
        <w:jc w:val="center"/>
        <w:rPr>
          <w:b/>
          <w:bCs/>
        </w:rPr>
      </w:pPr>
    </w:p>
    <w:p w14:paraId="12CFD11D" w14:textId="627C2B37" w:rsidR="008D28EF" w:rsidRPr="001C6FD4" w:rsidRDefault="008D28EF" w:rsidP="001C6FD4">
      <w:pPr>
        <w:spacing w:line="276" w:lineRule="auto"/>
        <w:jc w:val="center"/>
        <w:rPr>
          <w:b/>
          <w:bCs/>
        </w:rPr>
      </w:pPr>
    </w:p>
    <w:p w14:paraId="1A14330A" w14:textId="195D8D64" w:rsidR="008D28EF" w:rsidRPr="001C6FD4" w:rsidRDefault="008D28EF" w:rsidP="001C6FD4">
      <w:pPr>
        <w:spacing w:line="276" w:lineRule="auto"/>
        <w:jc w:val="center"/>
        <w:rPr>
          <w:b/>
          <w:bCs/>
        </w:rPr>
      </w:pPr>
    </w:p>
    <w:p w14:paraId="3505F22C" w14:textId="40284858" w:rsidR="0096520E" w:rsidRPr="001C6FD4" w:rsidRDefault="0096520E" w:rsidP="001C6FD4">
      <w:pPr>
        <w:spacing w:line="276" w:lineRule="auto"/>
        <w:jc w:val="center"/>
        <w:rPr>
          <w:b/>
          <w:bCs/>
        </w:rPr>
      </w:pPr>
    </w:p>
    <w:p w14:paraId="646C20F2" w14:textId="2338E0F9" w:rsidR="0096520E" w:rsidRPr="001C6FD4" w:rsidRDefault="0096520E" w:rsidP="001C6FD4">
      <w:pPr>
        <w:spacing w:line="276" w:lineRule="auto"/>
        <w:jc w:val="center"/>
        <w:rPr>
          <w:b/>
          <w:bCs/>
        </w:rPr>
      </w:pPr>
    </w:p>
    <w:p w14:paraId="7D9EBB33" w14:textId="77777777" w:rsidR="008D28EF" w:rsidRPr="001C6FD4" w:rsidRDefault="008D28EF" w:rsidP="001C6FD4">
      <w:pPr>
        <w:spacing w:line="276" w:lineRule="auto"/>
        <w:jc w:val="center"/>
        <w:rPr>
          <w:b/>
          <w:bCs/>
        </w:rPr>
      </w:pPr>
    </w:p>
    <w:p w14:paraId="6F693344" w14:textId="77777777" w:rsidR="008D28EF" w:rsidRPr="001C6FD4" w:rsidRDefault="008D28EF" w:rsidP="001C6FD4">
      <w:pPr>
        <w:spacing w:line="276" w:lineRule="auto"/>
        <w:jc w:val="center"/>
        <w:rPr>
          <w:b/>
          <w:bCs/>
        </w:rPr>
      </w:pPr>
    </w:p>
    <w:p w14:paraId="27CE2202" w14:textId="0A72ACD7" w:rsidR="00BE79AE" w:rsidRPr="001C6FD4" w:rsidRDefault="00AB3124" w:rsidP="001C6FD4">
      <w:pPr>
        <w:spacing w:line="276" w:lineRule="auto"/>
        <w:jc w:val="center"/>
        <w:rPr>
          <w:b/>
          <w:bCs/>
        </w:rPr>
      </w:pPr>
      <w:r w:rsidRPr="001C6FD4">
        <w:rPr>
          <w:b/>
          <w:bCs/>
        </w:rPr>
        <w:t>KATA PENGANTAR</w:t>
      </w:r>
    </w:p>
    <w:p w14:paraId="41B308C4" w14:textId="75B5962A" w:rsidR="00BE79AE" w:rsidRPr="001C6FD4" w:rsidRDefault="00BE79AE" w:rsidP="001C6FD4">
      <w:pPr>
        <w:spacing w:line="276" w:lineRule="auto"/>
        <w:ind w:firstLine="709"/>
        <w:jc w:val="both"/>
      </w:pPr>
    </w:p>
    <w:p w14:paraId="32ACB4B5" w14:textId="77777777" w:rsidR="00BC4852" w:rsidRPr="001C6FD4" w:rsidRDefault="00BC4852" w:rsidP="001C6FD4">
      <w:pPr>
        <w:spacing w:line="276" w:lineRule="auto"/>
        <w:ind w:firstLine="709"/>
        <w:jc w:val="both"/>
      </w:pPr>
      <w:r w:rsidRPr="001C6FD4">
        <w:t xml:space="preserve">Puji syukur </w:t>
      </w:r>
      <w:proofErr w:type="spellStart"/>
      <w:r w:rsidRPr="001C6FD4">
        <w:t>kehadirat</w:t>
      </w:r>
      <w:proofErr w:type="spellEnd"/>
      <w:r w:rsidRPr="001C6FD4">
        <w:t xml:space="preserve"> Allah SWT atas limpahan rahmat dan karunia-Nya sehingga laporan pelatihan Audit Mutu Internal (AMI–SPMI) bagi Dosen PTKIS ini dapat diselesaikan dengan baik. Pelatihan ini merupakan salah satu upaya strategis dalam meningkatkan kualitas penjaminan mutu di perguruan tinggi, khususnya di lingkungan Perguruan Tinggi Keagamaan Islam Swasta (PTKIS). Kegiatan ini menjadi momentum penting dalam memperkuat pemahaman dan kompetensi para dosen dalam melaksanakan audit mutu secara profesional dan sistematis.</w:t>
      </w:r>
    </w:p>
    <w:p w14:paraId="7B5941B4" w14:textId="118CD5E4" w:rsidR="00BC4852" w:rsidRPr="001C6FD4" w:rsidRDefault="00BC4852" w:rsidP="001C6FD4">
      <w:pPr>
        <w:spacing w:line="276" w:lineRule="auto"/>
        <w:ind w:firstLine="709"/>
        <w:jc w:val="both"/>
      </w:pPr>
      <w:r w:rsidRPr="001C6FD4">
        <w:t>Pelatihan yang diselenggarakan dengan dukungan berbagai pihak, termasuk Kopertais Wilayah V Aceh, UIN Ar-</w:t>
      </w:r>
      <w:proofErr w:type="spellStart"/>
      <w:r w:rsidRPr="001C6FD4">
        <w:t>Raniry</w:t>
      </w:r>
      <w:proofErr w:type="spellEnd"/>
      <w:r w:rsidRPr="001C6FD4">
        <w:t xml:space="preserve"> Banda Aceh, serta Tim Penjamin Mutu Universitas Syiah Kuala, memberikan kesempatan bagi peserta untuk mempelajari konsep SPMI, teknik audit, penyusunan instrumen, hingga praktik simulasi audit. Kehadiran peserta dari berbagai PTKIS, termasuk delegasi STIT Al-Hilal Sigli</w:t>
      </w:r>
      <w:r w:rsidRPr="001C6FD4">
        <w:rPr>
          <w:lang w:val="en-US"/>
        </w:rPr>
        <w:t xml:space="preserve">, </w:t>
      </w:r>
      <w:r w:rsidRPr="001C6FD4">
        <w:t xml:space="preserve">Khairul Fahmi dan Syifa </w:t>
      </w:r>
      <w:proofErr w:type="spellStart"/>
      <w:r w:rsidRPr="001C6FD4">
        <w:t>Mardhia</w:t>
      </w:r>
      <w:proofErr w:type="spellEnd"/>
      <w:r w:rsidRPr="001C6FD4">
        <w:rPr>
          <w:lang w:val="en-US"/>
        </w:rPr>
        <w:t xml:space="preserve">h </w:t>
      </w:r>
      <w:r w:rsidRPr="001C6FD4">
        <w:t>menunjukkan komitmen bersama untuk terus meningkatkan mutu pendidikan tinggi Islam.</w:t>
      </w:r>
    </w:p>
    <w:p w14:paraId="2151BDC4" w14:textId="77777777" w:rsidR="00BC4852" w:rsidRPr="001C6FD4" w:rsidRDefault="00BC4852" w:rsidP="001C6FD4">
      <w:pPr>
        <w:spacing w:line="276" w:lineRule="auto"/>
        <w:ind w:firstLine="709"/>
        <w:jc w:val="both"/>
      </w:pPr>
      <w:r w:rsidRPr="001C6FD4">
        <w:t>Kami berharap hasil pelatihan ini tidak hanya menjadi catatan pembelajaran, tetapi juga dapat diterapkan secara nyata dalam penguatan sistem penjaminan mutu di masing-masing institusi. Semoga semangat untuk meningkatkan kualitas, integritas, dan profesionalisme dalam pelaksanaan audit mutu dapat terus berkembang dan memberikan dampak positif bagi kemajuan perguruan tinggi.</w:t>
      </w:r>
    </w:p>
    <w:p w14:paraId="524EB30E" w14:textId="3F1959A1" w:rsidR="00BC4852" w:rsidRPr="001C6FD4" w:rsidRDefault="00BC4852" w:rsidP="001C6FD4">
      <w:pPr>
        <w:spacing w:line="276" w:lineRule="auto"/>
        <w:ind w:firstLine="709"/>
        <w:jc w:val="both"/>
      </w:pPr>
      <w:r w:rsidRPr="001C6FD4">
        <w:t>Akhirnya, kami menyampaikan penghargaan dan terima kasih kepada seluruh pihak yang telah berkontribusi dalam penyelenggaraan pelatihan ini. Semoga laporan ini bermanfaat dan dapat menjadi referensi bagi kegiatan mutu di masa mendatang.</w:t>
      </w:r>
    </w:p>
    <w:p w14:paraId="2CBA37CD" w14:textId="7EFB9075" w:rsidR="00BE79AE" w:rsidRPr="001C6FD4" w:rsidRDefault="00BE79AE" w:rsidP="001C6FD4">
      <w:pPr>
        <w:spacing w:line="276" w:lineRule="auto"/>
      </w:pPr>
    </w:p>
    <w:p w14:paraId="13E1C24E" w14:textId="56E7F018" w:rsidR="00BE79AE" w:rsidRPr="001C6FD4" w:rsidRDefault="00BE79AE" w:rsidP="001C6FD4">
      <w:pPr>
        <w:spacing w:line="276" w:lineRule="auto"/>
      </w:pPr>
    </w:p>
    <w:p w14:paraId="1AF2A6AE" w14:textId="69F13282" w:rsidR="00BE79AE" w:rsidRPr="001C6FD4" w:rsidRDefault="00BE79AE" w:rsidP="001C6FD4">
      <w:pPr>
        <w:spacing w:line="276" w:lineRule="auto"/>
      </w:pPr>
    </w:p>
    <w:p w14:paraId="652B8223" w14:textId="512C5B8B" w:rsidR="00BE79AE" w:rsidRPr="001C6FD4" w:rsidRDefault="00BE79AE" w:rsidP="001C6FD4">
      <w:pPr>
        <w:spacing w:line="276" w:lineRule="auto"/>
      </w:pPr>
    </w:p>
    <w:p w14:paraId="2DC0D3BD" w14:textId="5987D73F" w:rsidR="00BE79AE" w:rsidRPr="001C6FD4" w:rsidRDefault="00BE79AE" w:rsidP="001C6FD4">
      <w:pPr>
        <w:spacing w:line="276" w:lineRule="auto"/>
      </w:pPr>
    </w:p>
    <w:p w14:paraId="4B5960B5" w14:textId="3EDFCAE8" w:rsidR="00BE79AE" w:rsidRPr="001C6FD4" w:rsidRDefault="00BE79AE" w:rsidP="001C6FD4">
      <w:pPr>
        <w:spacing w:line="276" w:lineRule="auto"/>
      </w:pPr>
    </w:p>
    <w:p w14:paraId="2A78073D" w14:textId="59BA8AA5" w:rsidR="00BE79AE" w:rsidRPr="001C6FD4" w:rsidRDefault="00BE79AE" w:rsidP="001C6FD4">
      <w:pPr>
        <w:spacing w:line="276" w:lineRule="auto"/>
      </w:pPr>
    </w:p>
    <w:p w14:paraId="6465D3D3" w14:textId="317C3778" w:rsidR="00BE79AE" w:rsidRPr="001C6FD4" w:rsidRDefault="00BE79AE" w:rsidP="001C6FD4">
      <w:pPr>
        <w:spacing w:line="276" w:lineRule="auto"/>
      </w:pPr>
    </w:p>
    <w:p w14:paraId="0568CD11" w14:textId="25E50C98" w:rsidR="00BE79AE" w:rsidRPr="001C6FD4" w:rsidRDefault="00BE79AE" w:rsidP="001C6FD4">
      <w:pPr>
        <w:spacing w:line="276" w:lineRule="auto"/>
      </w:pPr>
    </w:p>
    <w:p w14:paraId="5F20EFA5" w14:textId="0D967146" w:rsidR="0096520E" w:rsidRPr="001C6FD4" w:rsidRDefault="0096520E" w:rsidP="001C6FD4">
      <w:pPr>
        <w:spacing w:line="276" w:lineRule="auto"/>
      </w:pPr>
    </w:p>
    <w:p w14:paraId="5F844639" w14:textId="7086D098" w:rsidR="0096520E" w:rsidRPr="001C6FD4" w:rsidRDefault="0096520E" w:rsidP="001C6FD4">
      <w:pPr>
        <w:spacing w:line="276" w:lineRule="auto"/>
      </w:pPr>
    </w:p>
    <w:p w14:paraId="7EFD59E4" w14:textId="586E77A3" w:rsidR="0096520E" w:rsidRPr="001C6FD4" w:rsidRDefault="0096520E" w:rsidP="001C6FD4">
      <w:pPr>
        <w:spacing w:line="276" w:lineRule="auto"/>
      </w:pPr>
    </w:p>
    <w:p w14:paraId="20F09324" w14:textId="48498745" w:rsidR="0096520E" w:rsidRPr="001C6FD4" w:rsidRDefault="0096520E" w:rsidP="001C6FD4">
      <w:pPr>
        <w:spacing w:line="276" w:lineRule="auto"/>
      </w:pPr>
    </w:p>
    <w:p w14:paraId="47D74EF0" w14:textId="29FC241B" w:rsidR="0096520E" w:rsidRPr="001C6FD4" w:rsidRDefault="0096520E" w:rsidP="001C6FD4">
      <w:pPr>
        <w:spacing w:line="276" w:lineRule="auto"/>
      </w:pPr>
    </w:p>
    <w:p w14:paraId="5D153F36" w14:textId="1326CFBD" w:rsidR="0096520E" w:rsidRPr="001C6FD4" w:rsidRDefault="0096520E" w:rsidP="001C6FD4">
      <w:pPr>
        <w:spacing w:line="276" w:lineRule="auto"/>
      </w:pPr>
    </w:p>
    <w:p w14:paraId="52FC4653" w14:textId="3322AEA0" w:rsidR="0096520E" w:rsidRPr="001C6FD4" w:rsidRDefault="0096520E" w:rsidP="001C6FD4">
      <w:pPr>
        <w:spacing w:line="276" w:lineRule="auto"/>
      </w:pPr>
    </w:p>
    <w:p w14:paraId="54920D1C" w14:textId="77777777" w:rsidR="0096520E" w:rsidRPr="001C6FD4" w:rsidRDefault="0096520E" w:rsidP="001C6FD4">
      <w:pPr>
        <w:spacing w:line="276" w:lineRule="auto"/>
      </w:pPr>
    </w:p>
    <w:p w14:paraId="427289F2" w14:textId="4CC1DD24" w:rsidR="00BE79AE" w:rsidRPr="001C6FD4" w:rsidRDefault="00971AA8" w:rsidP="001C6FD4">
      <w:pPr>
        <w:spacing w:line="276" w:lineRule="auto"/>
        <w:jc w:val="center"/>
        <w:rPr>
          <w:b/>
          <w:bCs/>
        </w:rPr>
      </w:pPr>
      <w:r w:rsidRPr="001C6FD4">
        <w:rPr>
          <w:b/>
          <w:bCs/>
        </w:rPr>
        <w:t>DAFTAR ISI</w:t>
      </w:r>
    </w:p>
    <w:p w14:paraId="309EB41A" w14:textId="77777777" w:rsidR="008D28EF" w:rsidRPr="001C6FD4" w:rsidRDefault="008D28EF" w:rsidP="001C6FD4">
      <w:pPr>
        <w:spacing w:line="276" w:lineRule="auto"/>
        <w:jc w:val="center"/>
        <w:rPr>
          <w:b/>
          <w:bCs/>
        </w:rPr>
      </w:pPr>
    </w:p>
    <w:p w14:paraId="7C25A0B6" w14:textId="4B8648BB" w:rsidR="00BE79AE" w:rsidRPr="001C6FD4" w:rsidRDefault="00BE79AE" w:rsidP="001C6FD4">
      <w:pPr>
        <w:spacing w:line="276" w:lineRule="auto"/>
        <w:rPr>
          <w:b/>
          <w:bCs/>
        </w:rPr>
      </w:pPr>
      <w:r w:rsidRPr="001C6FD4">
        <w:rPr>
          <w:b/>
          <w:bCs/>
        </w:rPr>
        <w:t>Halaman Cover</w:t>
      </w:r>
    </w:p>
    <w:p w14:paraId="79A10094" w14:textId="77679347" w:rsidR="00BE79AE" w:rsidRPr="001C6FD4" w:rsidRDefault="00BE79AE" w:rsidP="001C6FD4">
      <w:pPr>
        <w:spacing w:line="276" w:lineRule="auto"/>
        <w:rPr>
          <w:b/>
          <w:bCs/>
        </w:rPr>
      </w:pPr>
      <w:r w:rsidRPr="001C6FD4">
        <w:rPr>
          <w:b/>
          <w:bCs/>
        </w:rPr>
        <w:t>Surat Tugas</w:t>
      </w:r>
    </w:p>
    <w:p w14:paraId="5B89EF6C" w14:textId="75CE01A4" w:rsidR="008D28EF" w:rsidRPr="001C6FD4" w:rsidRDefault="008D28EF" w:rsidP="001C6FD4">
      <w:pPr>
        <w:spacing w:line="276" w:lineRule="auto"/>
        <w:rPr>
          <w:b/>
          <w:bCs/>
        </w:rPr>
      </w:pPr>
      <w:r w:rsidRPr="001C6FD4">
        <w:rPr>
          <w:b/>
          <w:bCs/>
        </w:rPr>
        <w:t>Lembar Pengesahan</w:t>
      </w:r>
    </w:p>
    <w:p w14:paraId="79E85EDC" w14:textId="630D477E" w:rsidR="00BE79AE" w:rsidRPr="001C6FD4" w:rsidRDefault="008D28EF" w:rsidP="001C6FD4">
      <w:pPr>
        <w:spacing w:line="276" w:lineRule="auto"/>
        <w:rPr>
          <w:b/>
          <w:bCs/>
        </w:rPr>
      </w:pPr>
      <w:r w:rsidRPr="001C6FD4">
        <w:rPr>
          <w:b/>
          <w:bCs/>
        </w:rPr>
        <w:t>Kata Pengantar</w:t>
      </w:r>
    </w:p>
    <w:p w14:paraId="0F7C99A6" w14:textId="787B754A" w:rsidR="008D28EF" w:rsidRPr="001C6FD4" w:rsidRDefault="008D28EF" w:rsidP="001C6FD4">
      <w:pPr>
        <w:spacing w:line="276" w:lineRule="auto"/>
        <w:rPr>
          <w:b/>
          <w:bCs/>
        </w:rPr>
      </w:pPr>
      <w:r w:rsidRPr="001C6FD4">
        <w:rPr>
          <w:b/>
          <w:bCs/>
        </w:rPr>
        <w:t>Daftar Isi</w:t>
      </w:r>
    </w:p>
    <w:p w14:paraId="334F8308" w14:textId="77777777" w:rsidR="008D28EF" w:rsidRPr="001C6FD4" w:rsidRDefault="008D28EF" w:rsidP="001C6FD4">
      <w:pPr>
        <w:spacing w:line="276" w:lineRule="auto"/>
      </w:pPr>
    </w:p>
    <w:p w14:paraId="7A82E2F9" w14:textId="77777777" w:rsidR="008D28EF" w:rsidRPr="001C6FD4" w:rsidRDefault="008D28EF" w:rsidP="001C6FD4">
      <w:pPr>
        <w:tabs>
          <w:tab w:val="left" w:leader="dot" w:pos="7938"/>
        </w:tabs>
        <w:spacing w:line="276" w:lineRule="auto"/>
        <w:jc w:val="both"/>
      </w:pPr>
      <w:r w:rsidRPr="001C6FD4">
        <w:t>Pendahuluan</w:t>
      </w:r>
      <w:r w:rsidRPr="001C6FD4">
        <w:tab/>
      </w:r>
    </w:p>
    <w:p w14:paraId="67C2B5D4" w14:textId="77777777" w:rsidR="008D28EF" w:rsidRPr="001C6FD4" w:rsidRDefault="008D28EF" w:rsidP="001C6FD4">
      <w:pPr>
        <w:tabs>
          <w:tab w:val="left" w:leader="dot" w:pos="7938"/>
        </w:tabs>
        <w:spacing w:line="276" w:lineRule="auto"/>
        <w:jc w:val="both"/>
      </w:pPr>
      <w:r w:rsidRPr="001C6FD4">
        <w:t>Nama Kegiatan</w:t>
      </w:r>
      <w:r w:rsidRPr="001C6FD4">
        <w:tab/>
      </w:r>
    </w:p>
    <w:p w14:paraId="43D5B81A" w14:textId="77777777" w:rsidR="008D28EF" w:rsidRPr="001C6FD4" w:rsidRDefault="008D28EF" w:rsidP="001C6FD4">
      <w:pPr>
        <w:tabs>
          <w:tab w:val="left" w:leader="dot" w:pos="7938"/>
        </w:tabs>
        <w:spacing w:line="276" w:lineRule="auto"/>
        <w:jc w:val="both"/>
      </w:pPr>
      <w:r w:rsidRPr="001C6FD4">
        <w:t>Waktu dan Tempat Pelaksanaan</w:t>
      </w:r>
      <w:r w:rsidRPr="001C6FD4">
        <w:tab/>
      </w:r>
    </w:p>
    <w:p w14:paraId="7B0D3105" w14:textId="77777777" w:rsidR="008D28EF" w:rsidRPr="001C6FD4" w:rsidRDefault="008D28EF" w:rsidP="001C6FD4">
      <w:pPr>
        <w:tabs>
          <w:tab w:val="left" w:leader="dot" w:pos="7938"/>
        </w:tabs>
        <w:spacing w:line="276" w:lineRule="auto"/>
        <w:jc w:val="both"/>
      </w:pPr>
      <w:r w:rsidRPr="001C6FD4">
        <w:t>Penyelenggara</w:t>
      </w:r>
      <w:r w:rsidRPr="001C6FD4">
        <w:tab/>
      </w:r>
    </w:p>
    <w:p w14:paraId="7686D022" w14:textId="77777777" w:rsidR="008D28EF" w:rsidRPr="001C6FD4" w:rsidRDefault="008D28EF" w:rsidP="001C6FD4">
      <w:pPr>
        <w:tabs>
          <w:tab w:val="left" w:leader="dot" w:pos="7938"/>
        </w:tabs>
        <w:spacing w:line="276" w:lineRule="auto"/>
        <w:jc w:val="both"/>
      </w:pPr>
      <w:r w:rsidRPr="001C6FD4">
        <w:t>Peran Peserta</w:t>
      </w:r>
      <w:r w:rsidRPr="001C6FD4">
        <w:tab/>
      </w:r>
    </w:p>
    <w:p w14:paraId="066663FC" w14:textId="77777777" w:rsidR="008D28EF" w:rsidRPr="001C6FD4" w:rsidRDefault="008D28EF" w:rsidP="001C6FD4">
      <w:pPr>
        <w:tabs>
          <w:tab w:val="left" w:leader="dot" w:pos="7938"/>
        </w:tabs>
        <w:spacing w:line="276" w:lineRule="auto"/>
        <w:jc w:val="both"/>
      </w:pPr>
      <w:r w:rsidRPr="001C6FD4">
        <w:t>Tujuan Kegiatan</w:t>
      </w:r>
      <w:r w:rsidRPr="001C6FD4">
        <w:tab/>
      </w:r>
    </w:p>
    <w:p w14:paraId="409DF715" w14:textId="77777777" w:rsidR="008D28EF" w:rsidRPr="001C6FD4" w:rsidRDefault="008D28EF" w:rsidP="001C6FD4">
      <w:pPr>
        <w:tabs>
          <w:tab w:val="left" w:leader="dot" w:pos="7938"/>
        </w:tabs>
        <w:spacing w:line="276" w:lineRule="auto"/>
        <w:jc w:val="both"/>
      </w:pPr>
      <w:r w:rsidRPr="001C6FD4">
        <w:t>Rangkaian Kegiatan</w:t>
      </w:r>
      <w:r w:rsidRPr="001C6FD4">
        <w:tab/>
      </w:r>
    </w:p>
    <w:p w14:paraId="251135DD" w14:textId="77777777" w:rsidR="008D28EF" w:rsidRPr="001C6FD4" w:rsidRDefault="008D28EF" w:rsidP="001C6FD4">
      <w:pPr>
        <w:tabs>
          <w:tab w:val="left" w:leader="dot" w:pos="7938"/>
        </w:tabs>
        <w:spacing w:line="276" w:lineRule="auto"/>
        <w:jc w:val="both"/>
      </w:pPr>
      <w:r w:rsidRPr="001C6FD4">
        <w:t>Hasil dan Manfaat</w:t>
      </w:r>
      <w:r w:rsidRPr="001C6FD4">
        <w:tab/>
      </w:r>
    </w:p>
    <w:p w14:paraId="1549D1DF" w14:textId="77777777" w:rsidR="008D28EF" w:rsidRPr="001C6FD4" w:rsidRDefault="008D28EF" w:rsidP="001C6FD4">
      <w:pPr>
        <w:tabs>
          <w:tab w:val="left" w:leader="dot" w:pos="7938"/>
        </w:tabs>
        <w:spacing w:line="276" w:lineRule="auto"/>
        <w:jc w:val="both"/>
      </w:pPr>
      <w:r w:rsidRPr="001C6FD4">
        <w:t>Penutup</w:t>
      </w:r>
      <w:r w:rsidRPr="001C6FD4">
        <w:tab/>
      </w:r>
    </w:p>
    <w:p w14:paraId="24B99574" w14:textId="4C052616" w:rsidR="008D28EF" w:rsidRPr="001C6FD4" w:rsidRDefault="008D28EF" w:rsidP="001C6FD4">
      <w:pPr>
        <w:tabs>
          <w:tab w:val="left" w:leader="dot" w:pos="7938"/>
        </w:tabs>
        <w:spacing w:line="276" w:lineRule="auto"/>
        <w:jc w:val="both"/>
      </w:pPr>
      <w:r w:rsidRPr="001C6FD4">
        <w:t>Lampiran-Lampiran</w:t>
      </w:r>
      <w:r w:rsidRPr="001C6FD4">
        <w:tab/>
      </w:r>
    </w:p>
    <w:p w14:paraId="39DD46B7" w14:textId="78EEACF9" w:rsidR="00BE79AE" w:rsidRPr="001C6FD4" w:rsidRDefault="00BE79AE" w:rsidP="001C6FD4">
      <w:pPr>
        <w:spacing w:line="276" w:lineRule="auto"/>
      </w:pPr>
    </w:p>
    <w:p w14:paraId="776ECC22" w14:textId="709A21F8" w:rsidR="00BE79AE" w:rsidRPr="001C6FD4" w:rsidRDefault="00BE79AE" w:rsidP="001C6FD4">
      <w:pPr>
        <w:spacing w:line="276" w:lineRule="auto"/>
      </w:pPr>
    </w:p>
    <w:p w14:paraId="64161D67" w14:textId="3F72F16D" w:rsidR="00BE79AE" w:rsidRPr="001C6FD4" w:rsidRDefault="00BE79AE" w:rsidP="001C6FD4">
      <w:pPr>
        <w:spacing w:line="276" w:lineRule="auto"/>
      </w:pPr>
    </w:p>
    <w:p w14:paraId="02D90E1F" w14:textId="020DD4FA" w:rsidR="00BE79AE" w:rsidRPr="001C6FD4" w:rsidRDefault="00BE79AE" w:rsidP="001C6FD4">
      <w:pPr>
        <w:spacing w:line="276" w:lineRule="auto"/>
      </w:pPr>
    </w:p>
    <w:p w14:paraId="67B01A37" w14:textId="69EA8DF1" w:rsidR="0096520E" w:rsidRPr="001C6FD4" w:rsidRDefault="0096520E" w:rsidP="001C6FD4">
      <w:pPr>
        <w:spacing w:line="276" w:lineRule="auto"/>
      </w:pPr>
    </w:p>
    <w:p w14:paraId="66543ED9" w14:textId="48FC050A" w:rsidR="0096520E" w:rsidRPr="001C6FD4" w:rsidRDefault="0096520E" w:rsidP="001C6FD4">
      <w:pPr>
        <w:spacing w:line="276" w:lineRule="auto"/>
      </w:pPr>
    </w:p>
    <w:p w14:paraId="075A344B" w14:textId="2A94C4B0" w:rsidR="0096520E" w:rsidRPr="001C6FD4" w:rsidRDefault="0096520E" w:rsidP="001C6FD4">
      <w:pPr>
        <w:spacing w:line="276" w:lineRule="auto"/>
      </w:pPr>
    </w:p>
    <w:p w14:paraId="284A6A8E" w14:textId="49E6A287" w:rsidR="0096520E" w:rsidRPr="001C6FD4" w:rsidRDefault="0096520E" w:rsidP="001C6FD4">
      <w:pPr>
        <w:spacing w:line="276" w:lineRule="auto"/>
      </w:pPr>
    </w:p>
    <w:p w14:paraId="2FF5DFD3" w14:textId="06985FC6" w:rsidR="0096520E" w:rsidRPr="001C6FD4" w:rsidRDefault="0096520E" w:rsidP="001C6FD4">
      <w:pPr>
        <w:spacing w:line="276" w:lineRule="auto"/>
      </w:pPr>
    </w:p>
    <w:p w14:paraId="1E9ED24C" w14:textId="4DF67D42" w:rsidR="0096520E" w:rsidRPr="001C6FD4" w:rsidRDefault="0096520E" w:rsidP="001C6FD4">
      <w:pPr>
        <w:spacing w:line="276" w:lineRule="auto"/>
      </w:pPr>
    </w:p>
    <w:p w14:paraId="04302A0B" w14:textId="46C98C09" w:rsidR="0096520E" w:rsidRPr="001C6FD4" w:rsidRDefault="0096520E" w:rsidP="001C6FD4">
      <w:pPr>
        <w:spacing w:line="276" w:lineRule="auto"/>
      </w:pPr>
    </w:p>
    <w:p w14:paraId="3D0E1D45" w14:textId="6185BE66" w:rsidR="0096520E" w:rsidRPr="001C6FD4" w:rsidRDefault="0096520E" w:rsidP="001C6FD4">
      <w:pPr>
        <w:spacing w:line="276" w:lineRule="auto"/>
      </w:pPr>
    </w:p>
    <w:p w14:paraId="62E64331" w14:textId="36AC9D79" w:rsidR="0096520E" w:rsidRPr="001C6FD4" w:rsidRDefault="0096520E" w:rsidP="001C6FD4">
      <w:pPr>
        <w:spacing w:line="276" w:lineRule="auto"/>
      </w:pPr>
    </w:p>
    <w:p w14:paraId="1721E94D" w14:textId="0AFFE73F" w:rsidR="0096520E" w:rsidRPr="001C6FD4" w:rsidRDefault="0096520E" w:rsidP="001C6FD4">
      <w:pPr>
        <w:spacing w:line="276" w:lineRule="auto"/>
      </w:pPr>
    </w:p>
    <w:p w14:paraId="16571F2D" w14:textId="2753B92C" w:rsidR="0096520E" w:rsidRPr="001C6FD4" w:rsidRDefault="0096520E" w:rsidP="001C6FD4">
      <w:pPr>
        <w:spacing w:line="276" w:lineRule="auto"/>
      </w:pPr>
    </w:p>
    <w:p w14:paraId="51F38CD3" w14:textId="076E4B34" w:rsidR="0096520E" w:rsidRPr="001C6FD4" w:rsidRDefault="0096520E" w:rsidP="001C6FD4">
      <w:pPr>
        <w:spacing w:line="276" w:lineRule="auto"/>
      </w:pPr>
    </w:p>
    <w:p w14:paraId="2D47C77C" w14:textId="35BC9F5D" w:rsidR="0096520E" w:rsidRPr="001C6FD4" w:rsidRDefault="0096520E" w:rsidP="001C6FD4">
      <w:pPr>
        <w:spacing w:line="276" w:lineRule="auto"/>
      </w:pPr>
    </w:p>
    <w:p w14:paraId="203A78EC" w14:textId="7E3DA9CE" w:rsidR="0096520E" w:rsidRPr="001C6FD4" w:rsidRDefault="0096520E" w:rsidP="001C6FD4">
      <w:pPr>
        <w:spacing w:line="276" w:lineRule="auto"/>
      </w:pPr>
    </w:p>
    <w:p w14:paraId="17B21165" w14:textId="77777777" w:rsidR="0096520E" w:rsidRPr="001C6FD4" w:rsidRDefault="0096520E" w:rsidP="001C6FD4">
      <w:pPr>
        <w:spacing w:line="276" w:lineRule="auto"/>
      </w:pPr>
    </w:p>
    <w:p w14:paraId="6F2E9284" w14:textId="77777777" w:rsidR="00BE79AE" w:rsidRPr="001C6FD4" w:rsidRDefault="00BE79AE" w:rsidP="001C6FD4">
      <w:pPr>
        <w:spacing w:line="276" w:lineRule="auto"/>
      </w:pPr>
    </w:p>
    <w:p w14:paraId="3D2C7317" w14:textId="6EA5CBE6" w:rsidR="00932B39" w:rsidRPr="001C6FD4" w:rsidRDefault="00971AA8" w:rsidP="001C6FD4">
      <w:pPr>
        <w:pStyle w:val="DaftarParagraf"/>
        <w:numPr>
          <w:ilvl w:val="0"/>
          <w:numId w:val="10"/>
        </w:numPr>
        <w:ind w:left="426" w:hanging="426"/>
        <w:rPr>
          <w:rFonts w:ascii="Times New Roman" w:hAnsi="Times New Roman" w:cs="Times New Roman"/>
          <w:b/>
          <w:bCs/>
          <w:sz w:val="24"/>
          <w:szCs w:val="24"/>
        </w:rPr>
      </w:pPr>
      <w:proofErr w:type="spellStart"/>
      <w:r w:rsidRPr="001C6FD4">
        <w:rPr>
          <w:rFonts w:ascii="Times New Roman" w:hAnsi="Times New Roman" w:cs="Times New Roman"/>
          <w:b/>
          <w:bCs/>
          <w:sz w:val="24"/>
          <w:szCs w:val="24"/>
        </w:rPr>
        <w:t>Pendahuluan</w:t>
      </w:r>
      <w:proofErr w:type="spellEnd"/>
    </w:p>
    <w:p w14:paraId="014536AF" w14:textId="77777777" w:rsidR="00932B39" w:rsidRPr="001C6FD4" w:rsidRDefault="00932B39" w:rsidP="001C6FD4">
      <w:pPr>
        <w:spacing w:line="276" w:lineRule="auto"/>
        <w:ind w:firstLine="709"/>
        <w:jc w:val="both"/>
      </w:pPr>
      <w:r w:rsidRPr="001C6FD4">
        <w:t>Pelaksanaan Audit Mutu Internal (AMI) merupakan salah satu pilar utama dalam Sistem Penjaminan Mutu Internal (SPMI) yang wajib diterapkan oleh setiap Perguruan Tinggi, termasuk Perguruan Tinggi Keagamaan Islam Swasta (PTKIS). AMI bertujuan memastikan bahwa seluruh proses akademik maupun non-akademik berjalan sesuai standar mutu yang telah ditetapkan oleh perguruan tinggi. Dengan semakin meningkatnya tuntutan kualitas pendidikan tinggi, diperlukan auditor internal yang kompeten dan memahami prinsip-prinsip dasar penjaminan mutu secara menyeluruh.</w:t>
      </w:r>
    </w:p>
    <w:p w14:paraId="574F99A9" w14:textId="77777777" w:rsidR="00932B39" w:rsidRPr="001C6FD4" w:rsidRDefault="00932B39" w:rsidP="001C6FD4">
      <w:pPr>
        <w:spacing w:line="276" w:lineRule="auto"/>
        <w:ind w:firstLine="709"/>
        <w:jc w:val="both"/>
      </w:pPr>
      <w:r w:rsidRPr="001C6FD4">
        <w:t>Seiring berkembangnya kebutuhan tersebut, pelatihan Audit Mutu Internal (AMI–SPMI) menjadi penting sebagai sarana peningkatan kapasitas sumber daya manusia, khususnya bagi para dosen. Pelatihan ini dirancang untuk memberikan pemahaman yang mendalam tentang konsep mutu, siklus PPEPP, teknik audit, hingga penyusunan instrumen dan laporan audit. Melalui pelatihan ini, peserta diharapkan mampu melaksanakan audit secara profesional, objektif, dan sesuai dengan standar yang berlaku.</w:t>
      </w:r>
    </w:p>
    <w:p w14:paraId="23C6CA2E" w14:textId="77777777" w:rsidR="00932B39" w:rsidRPr="001C6FD4" w:rsidRDefault="00932B39" w:rsidP="001C6FD4">
      <w:pPr>
        <w:spacing w:line="276" w:lineRule="auto"/>
        <w:ind w:firstLine="709"/>
        <w:jc w:val="both"/>
      </w:pPr>
      <w:r w:rsidRPr="001C6FD4">
        <w:t>Keikutsertaan para dosen dari berbagai PTKIS, termasuk STIT Al-Hilal Sigli, menunjukkan komitmen bersama untuk menguatkan budaya mutu di lingkungan perguruan tinggi. Pada kegiatan ini, STIT Al-Hilal Sigli mengirimkan dua peserta, yaitu Khairul Fahmi dan Syifa Mardhiah, untuk mengikuti proses pembelajaran dan praktik audit mutu internal. Keterlibatan mereka menjadi wujud dukungan institusi dalam menyiapkan auditor internal yang siap berpartisipasi dalam peningkatan mutu berkelanjutan.</w:t>
      </w:r>
    </w:p>
    <w:p w14:paraId="1C47073A" w14:textId="77777777" w:rsidR="00932B39" w:rsidRPr="001C6FD4" w:rsidRDefault="00932B39" w:rsidP="001C6FD4">
      <w:pPr>
        <w:spacing w:line="276" w:lineRule="auto"/>
        <w:ind w:firstLine="709"/>
        <w:jc w:val="both"/>
      </w:pPr>
      <w:r w:rsidRPr="001C6FD4">
        <w:t>Dengan adanya pelatihan ini, diharapkan para peserta mampu menerapkan ilmu dan keterampilan yang diperoleh di lingkungan kampus masing-masing. Selain itu, pelatihan ini diharapkan dapat meningkatkan efektivitas implementasi SPMI sehingga perguruan tinggi mampu mencapai standar mutu yang lebih baik, kompetitif, dan relevan dengan kebutuhan masyarakat serta dunia kerja.</w:t>
      </w:r>
    </w:p>
    <w:p w14:paraId="00184239" w14:textId="77777777" w:rsidR="00932B39" w:rsidRPr="001C6FD4" w:rsidRDefault="00932B39" w:rsidP="001C6FD4">
      <w:pPr>
        <w:pStyle w:val="DaftarParagraf"/>
        <w:ind w:left="426"/>
        <w:rPr>
          <w:rFonts w:ascii="Times New Roman" w:hAnsi="Times New Roman" w:cs="Times New Roman"/>
          <w:sz w:val="24"/>
          <w:szCs w:val="24"/>
        </w:rPr>
      </w:pPr>
    </w:p>
    <w:p w14:paraId="652A4AE4" w14:textId="37FDDCE3" w:rsidR="00F914D5" w:rsidRPr="001C6FD4" w:rsidRDefault="00971AA8" w:rsidP="001C6FD4">
      <w:pPr>
        <w:pStyle w:val="DaftarParagraf"/>
        <w:numPr>
          <w:ilvl w:val="0"/>
          <w:numId w:val="10"/>
        </w:numPr>
        <w:ind w:left="426" w:hanging="426"/>
        <w:rPr>
          <w:rFonts w:ascii="Times New Roman" w:hAnsi="Times New Roman" w:cs="Times New Roman"/>
          <w:b/>
          <w:bCs/>
          <w:sz w:val="24"/>
          <w:szCs w:val="24"/>
        </w:rPr>
      </w:pPr>
      <w:r w:rsidRPr="001C6FD4">
        <w:rPr>
          <w:rFonts w:ascii="Times New Roman" w:hAnsi="Times New Roman" w:cs="Times New Roman"/>
          <w:b/>
          <w:bCs/>
          <w:sz w:val="24"/>
          <w:szCs w:val="24"/>
        </w:rPr>
        <w:t xml:space="preserve">Nama </w:t>
      </w:r>
      <w:proofErr w:type="spellStart"/>
      <w:r w:rsidRPr="001C6FD4">
        <w:rPr>
          <w:rFonts w:ascii="Times New Roman" w:hAnsi="Times New Roman" w:cs="Times New Roman"/>
          <w:b/>
          <w:bCs/>
          <w:sz w:val="24"/>
          <w:szCs w:val="24"/>
        </w:rPr>
        <w:t>Kegiatan</w:t>
      </w:r>
      <w:proofErr w:type="spellEnd"/>
    </w:p>
    <w:p w14:paraId="3919F92D" w14:textId="5BFF85DA" w:rsidR="00805C76" w:rsidRPr="001C6FD4" w:rsidRDefault="00971AA8" w:rsidP="001C6FD4">
      <w:pPr>
        <w:spacing w:line="276" w:lineRule="auto"/>
        <w:ind w:firstLine="709"/>
        <w:jc w:val="both"/>
      </w:pPr>
      <w:r w:rsidRPr="001C6FD4">
        <w:t xml:space="preserve">Pelatihan </w:t>
      </w:r>
      <w:r w:rsidR="00331DF1" w:rsidRPr="001C6FD4">
        <w:t xml:space="preserve">Audit Mutu Internal (AMI) dan Sistem Penjaminan Mutu Internal (SPMI) bagi PTKIS </w:t>
      </w:r>
      <w:r w:rsidR="00805C76" w:rsidRPr="001C6FD4">
        <w:t>Kopertais V Wilayah Provinsi Aceh</w:t>
      </w:r>
    </w:p>
    <w:p w14:paraId="35298A58" w14:textId="77777777" w:rsidR="00971AA8" w:rsidRPr="001C6FD4" w:rsidRDefault="00971AA8" w:rsidP="001C6FD4">
      <w:pPr>
        <w:spacing w:line="276" w:lineRule="auto"/>
        <w:ind w:firstLine="709"/>
        <w:jc w:val="both"/>
      </w:pPr>
    </w:p>
    <w:p w14:paraId="5249B885" w14:textId="358264C0" w:rsidR="00805C76" w:rsidRPr="001C6FD4" w:rsidRDefault="00971AA8" w:rsidP="001C6FD4">
      <w:pPr>
        <w:pStyle w:val="DaftarParagraf"/>
        <w:numPr>
          <w:ilvl w:val="0"/>
          <w:numId w:val="10"/>
        </w:numPr>
        <w:ind w:left="426" w:hanging="426"/>
        <w:rPr>
          <w:rFonts w:ascii="Times New Roman" w:hAnsi="Times New Roman" w:cs="Times New Roman"/>
          <w:b/>
          <w:bCs/>
          <w:sz w:val="24"/>
          <w:szCs w:val="24"/>
        </w:rPr>
      </w:pPr>
      <w:r w:rsidRPr="001C6FD4">
        <w:rPr>
          <w:rFonts w:ascii="Times New Roman" w:hAnsi="Times New Roman" w:cs="Times New Roman"/>
          <w:b/>
          <w:bCs/>
          <w:sz w:val="24"/>
          <w:szCs w:val="24"/>
        </w:rPr>
        <w:t xml:space="preserve">Waktu dan </w:t>
      </w:r>
      <w:proofErr w:type="spellStart"/>
      <w:r w:rsidRPr="001C6FD4">
        <w:rPr>
          <w:rFonts w:ascii="Times New Roman" w:hAnsi="Times New Roman" w:cs="Times New Roman"/>
          <w:b/>
          <w:bCs/>
          <w:sz w:val="24"/>
          <w:szCs w:val="24"/>
        </w:rPr>
        <w:t>Tempat</w:t>
      </w:r>
      <w:proofErr w:type="spellEnd"/>
      <w:r w:rsidRPr="001C6FD4">
        <w:rPr>
          <w:rFonts w:ascii="Times New Roman" w:hAnsi="Times New Roman" w:cs="Times New Roman"/>
          <w:b/>
          <w:bCs/>
          <w:sz w:val="24"/>
          <w:szCs w:val="24"/>
        </w:rPr>
        <w:t xml:space="preserve"> </w:t>
      </w:r>
      <w:proofErr w:type="spellStart"/>
      <w:r w:rsidRPr="001C6FD4">
        <w:rPr>
          <w:rFonts w:ascii="Times New Roman" w:hAnsi="Times New Roman" w:cs="Times New Roman"/>
          <w:b/>
          <w:bCs/>
          <w:sz w:val="24"/>
          <w:szCs w:val="24"/>
        </w:rPr>
        <w:t>Pelaksanaan</w:t>
      </w:r>
      <w:proofErr w:type="spellEnd"/>
    </w:p>
    <w:p w14:paraId="2A25C93B" w14:textId="207469E5" w:rsidR="00805C76" w:rsidRPr="001C6FD4" w:rsidRDefault="00971AA8" w:rsidP="001C6FD4">
      <w:pPr>
        <w:pStyle w:val="DaftarParagraf"/>
        <w:numPr>
          <w:ilvl w:val="0"/>
          <w:numId w:val="11"/>
        </w:numPr>
        <w:ind w:left="709"/>
        <w:rPr>
          <w:rFonts w:ascii="Times New Roman" w:hAnsi="Times New Roman" w:cs="Times New Roman"/>
          <w:sz w:val="24"/>
          <w:szCs w:val="24"/>
        </w:rPr>
      </w:pPr>
      <w:r w:rsidRPr="001C6FD4">
        <w:rPr>
          <w:rFonts w:ascii="Times New Roman" w:hAnsi="Times New Roman" w:cs="Times New Roman"/>
          <w:sz w:val="24"/>
          <w:szCs w:val="24"/>
        </w:rPr>
        <w:t>Hari/</w:t>
      </w:r>
      <w:proofErr w:type="spellStart"/>
      <w:r w:rsidRPr="001C6FD4">
        <w:rPr>
          <w:rFonts w:ascii="Times New Roman" w:hAnsi="Times New Roman" w:cs="Times New Roman"/>
          <w:sz w:val="24"/>
          <w:szCs w:val="24"/>
        </w:rPr>
        <w:t>Tanggal</w:t>
      </w:r>
      <w:proofErr w:type="spellEnd"/>
      <w:r w:rsidRPr="001C6FD4">
        <w:rPr>
          <w:rFonts w:ascii="Times New Roman" w:hAnsi="Times New Roman" w:cs="Times New Roman"/>
          <w:sz w:val="24"/>
          <w:szCs w:val="24"/>
        </w:rPr>
        <w:t xml:space="preserve">: </w:t>
      </w:r>
      <w:proofErr w:type="spellStart"/>
      <w:r w:rsidR="00331DF1" w:rsidRPr="001C6FD4">
        <w:rPr>
          <w:rFonts w:ascii="Times New Roman" w:hAnsi="Times New Roman" w:cs="Times New Roman"/>
          <w:sz w:val="24"/>
          <w:szCs w:val="24"/>
        </w:rPr>
        <w:t>Kamis</w:t>
      </w:r>
      <w:proofErr w:type="spellEnd"/>
      <w:r w:rsidR="00331DF1" w:rsidRPr="001C6FD4">
        <w:rPr>
          <w:rFonts w:ascii="Times New Roman" w:hAnsi="Times New Roman" w:cs="Times New Roman"/>
          <w:sz w:val="24"/>
          <w:szCs w:val="24"/>
        </w:rPr>
        <w:t xml:space="preserve"> dan </w:t>
      </w:r>
      <w:proofErr w:type="spellStart"/>
      <w:r w:rsidR="00331DF1" w:rsidRPr="001C6FD4">
        <w:rPr>
          <w:rFonts w:ascii="Times New Roman" w:hAnsi="Times New Roman" w:cs="Times New Roman"/>
          <w:sz w:val="24"/>
          <w:szCs w:val="24"/>
        </w:rPr>
        <w:t>Jumat</w:t>
      </w:r>
      <w:proofErr w:type="spellEnd"/>
      <w:r w:rsidR="00331DF1" w:rsidRPr="001C6FD4">
        <w:rPr>
          <w:rFonts w:ascii="Times New Roman" w:hAnsi="Times New Roman" w:cs="Times New Roman"/>
          <w:sz w:val="24"/>
          <w:szCs w:val="24"/>
        </w:rPr>
        <w:t>, 20 &amp; 21</w:t>
      </w:r>
      <w:r w:rsidRPr="001C6FD4">
        <w:rPr>
          <w:rFonts w:ascii="Times New Roman" w:hAnsi="Times New Roman" w:cs="Times New Roman"/>
          <w:sz w:val="24"/>
          <w:szCs w:val="24"/>
        </w:rPr>
        <w:t xml:space="preserve"> November 2025</w:t>
      </w:r>
    </w:p>
    <w:p w14:paraId="5944AE6C" w14:textId="5098B27A" w:rsidR="00F914D5" w:rsidRPr="001C6FD4" w:rsidRDefault="00971AA8" w:rsidP="001C6FD4">
      <w:pPr>
        <w:pStyle w:val="DaftarParagraf"/>
        <w:numPr>
          <w:ilvl w:val="0"/>
          <w:numId w:val="11"/>
        </w:numPr>
        <w:ind w:left="709"/>
        <w:rPr>
          <w:rFonts w:ascii="Times New Roman" w:hAnsi="Times New Roman" w:cs="Times New Roman"/>
          <w:sz w:val="24"/>
          <w:szCs w:val="24"/>
        </w:rPr>
      </w:pPr>
      <w:proofErr w:type="spellStart"/>
      <w:r w:rsidRPr="001C6FD4">
        <w:rPr>
          <w:rFonts w:ascii="Times New Roman" w:hAnsi="Times New Roman" w:cs="Times New Roman"/>
          <w:sz w:val="24"/>
          <w:szCs w:val="24"/>
        </w:rPr>
        <w:t>Tempat</w:t>
      </w:r>
      <w:proofErr w:type="spellEnd"/>
      <w:r w:rsidRPr="001C6FD4">
        <w:rPr>
          <w:rFonts w:ascii="Times New Roman" w:hAnsi="Times New Roman" w:cs="Times New Roman"/>
          <w:sz w:val="24"/>
          <w:szCs w:val="24"/>
        </w:rPr>
        <w:t xml:space="preserve">: </w:t>
      </w:r>
      <w:r w:rsidR="009F0B74" w:rsidRPr="001C6FD4">
        <w:rPr>
          <w:rFonts w:ascii="Times New Roman" w:hAnsi="Times New Roman" w:cs="Times New Roman"/>
          <w:sz w:val="24"/>
          <w:szCs w:val="24"/>
        </w:rPr>
        <w:t xml:space="preserve">Ruang </w:t>
      </w:r>
      <w:proofErr w:type="spellStart"/>
      <w:r w:rsidR="009F0B74" w:rsidRPr="001C6FD4">
        <w:rPr>
          <w:rFonts w:ascii="Times New Roman" w:hAnsi="Times New Roman" w:cs="Times New Roman"/>
          <w:sz w:val="24"/>
          <w:szCs w:val="24"/>
        </w:rPr>
        <w:t>Teater</w:t>
      </w:r>
      <w:proofErr w:type="spellEnd"/>
      <w:r w:rsidR="009F0B74" w:rsidRPr="001C6FD4">
        <w:rPr>
          <w:rFonts w:ascii="Times New Roman" w:hAnsi="Times New Roman" w:cs="Times New Roman"/>
          <w:sz w:val="24"/>
          <w:szCs w:val="24"/>
        </w:rPr>
        <w:t xml:space="preserve"> Gedung LP2M UIN </w:t>
      </w:r>
      <w:proofErr w:type="spellStart"/>
      <w:r w:rsidR="009F0B74" w:rsidRPr="001C6FD4">
        <w:rPr>
          <w:rFonts w:ascii="Times New Roman" w:hAnsi="Times New Roman" w:cs="Times New Roman"/>
          <w:sz w:val="24"/>
          <w:szCs w:val="24"/>
        </w:rPr>
        <w:t>Ar-Raniry</w:t>
      </w:r>
      <w:proofErr w:type="spellEnd"/>
      <w:r w:rsidR="009F0B74" w:rsidRPr="001C6FD4">
        <w:rPr>
          <w:rFonts w:ascii="Times New Roman" w:hAnsi="Times New Roman" w:cs="Times New Roman"/>
          <w:sz w:val="24"/>
          <w:szCs w:val="24"/>
        </w:rPr>
        <w:t xml:space="preserve"> Banda Aceh</w:t>
      </w:r>
      <w:r w:rsidR="00805C76" w:rsidRPr="001C6FD4">
        <w:rPr>
          <w:rFonts w:ascii="Times New Roman" w:hAnsi="Times New Roman" w:cs="Times New Roman"/>
          <w:sz w:val="24"/>
          <w:szCs w:val="24"/>
        </w:rPr>
        <w:t xml:space="preserve"> </w:t>
      </w:r>
    </w:p>
    <w:p w14:paraId="2E4E9811" w14:textId="77777777" w:rsidR="00002BE4" w:rsidRPr="001C6FD4" w:rsidRDefault="00002BE4" w:rsidP="001C6FD4">
      <w:pPr>
        <w:pStyle w:val="DaftarParagraf"/>
        <w:ind w:left="709"/>
        <w:rPr>
          <w:rFonts w:ascii="Times New Roman" w:hAnsi="Times New Roman" w:cs="Times New Roman"/>
          <w:sz w:val="24"/>
          <w:szCs w:val="24"/>
        </w:rPr>
      </w:pPr>
    </w:p>
    <w:p w14:paraId="3AE444EB" w14:textId="24DC3321" w:rsidR="00F914D5" w:rsidRPr="001C6FD4" w:rsidRDefault="00971AA8" w:rsidP="001C6FD4">
      <w:pPr>
        <w:pStyle w:val="DaftarParagraf"/>
        <w:numPr>
          <w:ilvl w:val="0"/>
          <w:numId w:val="10"/>
        </w:numPr>
        <w:ind w:left="426" w:hanging="426"/>
        <w:rPr>
          <w:rFonts w:ascii="Times New Roman" w:hAnsi="Times New Roman" w:cs="Times New Roman"/>
          <w:b/>
          <w:bCs/>
          <w:sz w:val="24"/>
          <w:szCs w:val="24"/>
        </w:rPr>
      </w:pPr>
      <w:proofErr w:type="spellStart"/>
      <w:r w:rsidRPr="001C6FD4">
        <w:rPr>
          <w:rFonts w:ascii="Times New Roman" w:hAnsi="Times New Roman" w:cs="Times New Roman"/>
          <w:b/>
          <w:bCs/>
          <w:sz w:val="24"/>
          <w:szCs w:val="24"/>
        </w:rPr>
        <w:t>Penyelenggara</w:t>
      </w:r>
      <w:proofErr w:type="spellEnd"/>
    </w:p>
    <w:p w14:paraId="1D3C5D44" w14:textId="243B9762" w:rsidR="00F914D5" w:rsidRPr="001C6FD4" w:rsidRDefault="00971AA8" w:rsidP="001C6FD4">
      <w:pPr>
        <w:spacing w:line="276" w:lineRule="auto"/>
        <w:ind w:firstLine="709"/>
        <w:jc w:val="both"/>
      </w:pPr>
      <w:r w:rsidRPr="001C6FD4">
        <w:t>Kegiatan ini diselenggarakan oleh Kopertais Wilayah V Aceh sebagai bagian dari program peningkatan kualitas akademik dosen PTKIS.</w:t>
      </w:r>
    </w:p>
    <w:p w14:paraId="5A950D6E" w14:textId="23312B46" w:rsidR="00BC4852" w:rsidRPr="001C6FD4" w:rsidRDefault="00BC4852" w:rsidP="001C6FD4">
      <w:pPr>
        <w:spacing w:line="276" w:lineRule="auto"/>
        <w:ind w:firstLine="709"/>
        <w:jc w:val="both"/>
      </w:pPr>
    </w:p>
    <w:p w14:paraId="3055EF00" w14:textId="77777777" w:rsidR="00BC4852" w:rsidRPr="001C6FD4" w:rsidRDefault="00BC4852" w:rsidP="001C6FD4">
      <w:pPr>
        <w:spacing w:line="276" w:lineRule="auto"/>
        <w:ind w:firstLine="709"/>
        <w:jc w:val="both"/>
      </w:pPr>
    </w:p>
    <w:p w14:paraId="20F2AEFA" w14:textId="0C6F4876" w:rsidR="009F0B74" w:rsidRPr="001C6FD4" w:rsidRDefault="00971AA8" w:rsidP="001C6FD4">
      <w:pPr>
        <w:pStyle w:val="DaftarParagraf"/>
        <w:numPr>
          <w:ilvl w:val="0"/>
          <w:numId w:val="10"/>
        </w:numPr>
        <w:ind w:left="426" w:hanging="426"/>
        <w:rPr>
          <w:rFonts w:ascii="Times New Roman" w:hAnsi="Times New Roman" w:cs="Times New Roman"/>
          <w:b/>
          <w:bCs/>
          <w:sz w:val="24"/>
          <w:szCs w:val="24"/>
        </w:rPr>
      </w:pPr>
      <w:r w:rsidRPr="001C6FD4">
        <w:rPr>
          <w:rFonts w:ascii="Times New Roman" w:hAnsi="Times New Roman" w:cs="Times New Roman"/>
          <w:b/>
          <w:bCs/>
          <w:sz w:val="24"/>
          <w:szCs w:val="24"/>
        </w:rPr>
        <w:t xml:space="preserve">Peran </w:t>
      </w:r>
      <w:proofErr w:type="spellStart"/>
      <w:r w:rsidRPr="001C6FD4">
        <w:rPr>
          <w:rFonts w:ascii="Times New Roman" w:hAnsi="Times New Roman" w:cs="Times New Roman"/>
          <w:b/>
          <w:bCs/>
          <w:sz w:val="24"/>
          <w:szCs w:val="24"/>
        </w:rPr>
        <w:t>Peserta</w:t>
      </w:r>
      <w:proofErr w:type="spellEnd"/>
    </w:p>
    <w:p w14:paraId="61EC0ABF" w14:textId="77777777" w:rsidR="009F0B74" w:rsidRPr="001C6FD4" w:rsidRDefault="009F0B74" w:rsidP="001C6FD4">
      <w:pPr>
        <w:spacing w:line="276" w:lineRule="auto"/>
        <w:ind w:firstLine="709"/>
        <w:jc w:val="both"/>
      </w:pPr>
      <w:r w:rsidRPr="001C6FD4">
        <w:t>Sebagai salah satu perwakilan STIT Al-Hilal Sigli, Khairul Fahmi berperan aktif dalam seluruh rangkaian kegiatan pelatihan. Ia mengikuti materi dasar dan lanjutan terkait konsep Audit Mutu Internal, termasuk pemahaman siklus PPEPP dan standar SPMI. Dalam sesi diskusi dan simulasi, Khairul Fahmi terlibat dalam latihan menyusun instrumen audit serta melakukan telaah dokumen sebagai bagian dari praktik audit. Perannya menunjukkan kemampuan analitis yang baik, terutama dalam mengidentifikasi kesenjangan mutu serta menyampaikan rekomendasi perbaikan berdasarkan temuan simulasi audit.</w:t>
      </w:r>
    </w:p>
    <w:p w14:paraId="6971A122" w14:textId="77777777" w:rsidR="009F0B74" w:rsidRPr="001C6FD4" w:rsidRDefault="009F0B74" w:rsidP="001C6FD4">
      <w:pPr>
        <w:spacing w:line="276" w:lineRule="auto"/>
        <w:ind w:firstLine="709"/>
        <w:jc w:val="both"/>
      </w:pPr>
      <w:r w:rsidRPr="001C6FD4">
        <w:t xml:space="preserve">Syifa Mardhiah turut berperan aktif sebagai peserta dengan berkontribusi dalam berbagai kegiatan interaktif yang diselenggarakan selama pelatihan. Ia mengikuti pemaparan narasumber terkait konsep mutu, teknik audit, serta penyusunan laporan audit secara sistematis. Dalam sesi kelompok, Syifa berpartisipasi melakukan wawancara </w:t>
      </w:r>
      <w:proofErr w:type="spellStart"/>
      <w:r w:rsidRPr="001C6FD4">
        <w:t>simulatif</w:t>
      </w:r>
      <w:proofErr w:type="spellEnd"/>
      <w:r w:rsidRPr="001C6FD4">
        <w:t xml:space="preserve"> dan menyusun catatan audit sebagai bagian dari proses pembelajaran. Perannya memperlihatkan kemampuan komunikasi yang baik serta ketelitian dalam mendokumentasikan temuan audit selama praktik.</w:t>
      </w:r>
    </w:p>
    <w:p w14:paraId="4920EC0F" w14:textId="3DE08596" w:rsidR="009F0B74" w:rsidRPr="001C6FD4" w:rsidRDefault="009F0B74" w:rsidP="001C6FD4">
      <w:pPr>
        <w:spacing w:line="276" w:lineRule="auto"/>
        <w:ind w:firstLine="709"/>
        <w:jc w:val="both"/>
      </w:pPr>
      <w:r w:rsidRPr="001C6FD4">
        <w:t xml:space="preserve">Sebagai tim dari STIT Al-Hilal Sigli, Khairul Fahmi dan Syifa Mardhiah bekerja sama dalam beberapa sesi pelatihan, terutama saat menjalankan simulasi audit berkelompok. Keduanya memberikan kontribusi dalam analisis standar, pemeriksaan bukti, dan penyusunan laporan hasil audit. Kolaborasi tersebut menunjukkan </w:t>
      </w:r>
      <w:proofErr w:type="spellStart"/>
      <w:r w:rsidRPr="001C6FD4">
        <w:t>kesiapan</w:t>
      </w:r>
      <w:proofErr w:type="spellEnd"/>
      <w:r w:rsidRPr="001C6FD4">
        <w:t xml:space="preserve"> mereka untuk menjadi auditor internal yang mampu bekerja dalam tim serta mendukung implementasi SPMI secara efektif di lingkungan institusi.</w:t>
      </w:r>
    </w:p>
    <w:p w14:paraId="0FA3DE8E" w14:textId="77777777" w:rsidR="009F0B74" w:rsidRPr="001C6FD4" w:rsidRDefault="009F0B74" w:rsidP="001C6FD4">
      <w:pPr>
        <w:spacing w:line="276" w:lineRule="auto"/>
      </w:pPr>
    </w:p>
    <w:p w14:paraId="3551E681" w14:textId="77777777" w:rsidR="00805C76" w:rsidRPr="001C6FD4" w:rsidRDefault="00805C76" w:rsidP="001C6FD4">
      <w:pPr>
        <w:spacing w:line="276" w:lineRule="auto"/>
      </w:pPr>
    </w:p>
    <w:p w14:paraId="308ECBFC" w14:textId="37D61519" w:rsidR="00805C76" w:rsidRPr="001C6FD4" w:rsidRDefault="00971AA8" w:rsidP="001C6FD4">
      <w:pPr>
        <w:pStyle w:val="DaftarParagraf"/>
        <w:numPr>
          <w:ilvl w:val="0"/>
          <w:numId w:val="10"/>
        </w:numPr>
        <w:ind w:left="426" w:hanging="426"/>
        <w:rPr>
          <w:rFonts w:ascii="Times New Roman" w:hAnsi="Times New Roman" w:cs="Times New Roman"/>
          <w:b/>
          <w:bCs/>
          <w:sz w:val="24"/>
          <w:szCs w:val="24"/>
        </w:rPr>
      </w:pPr>
      <w:proofErr w:type="spellStart"/>
      <w:r w:rsidRPr="001C6FD4">
        <w:rPr>
          <w:rFonts w:ascii="Times New Roman" w:hAnsi="Times New Roman" w:cs="Times New Roman"/>
          <w:b/>
          <w:bCs/>
          <w:sz w:val="24"/>
          <w:szCs w:val="24"/>
        </w:rPr>
        <w:t>Tujuan</w:t>
      </w:r>
      <w:proofErr w:type="spellEnd"/>
      <w:r w:rsidRPr="001C6FD4">
        <w:rPr>
          <w:rFonts w:ascii="Times New Roman" w:hAnsi="Times New Roman" w:cs="Times New Roman"/>
          <w:b/>
          <w:bCs/>
          <w:sz w:val="24"/>
          <w:szCs w:val="24"/>
        </w:rPr>
        <w:t xml:space="preserve"> </w:t>
      </w:r>
      <w:proofErr w:type="spellStart"/>
      <w:r w:rsidRPr="001C6FD4">
        <w:rPr>
          <w:rFonts w:ascii="Times New Roman" w:hAnsi="Times New Roman" w:cs="Times New Roman"/>
          <w:b/>
          <w:bCs/>
          <w:sz w:val="24"/>
          <w:szCs w:val="24"/>
        </w:rPr>
        <w:t>Kegiatan</w:t>
      </w:r>
      <w:proofErr w:type="spellEnd"/>
    </w:p>
    <w:p w14:paraId="02E034E7" w14:textId="77777777" w:rsidR="009F0B74" w:rsidRPr="001C6FD4" w:rsidRDefault="009F0B74" w:rsidP="001C6FD4">
      <w:pPr>
        <w:pStyle w:val="DaftarParagraf"/>
        <w:numPr>
          <w:ilvl w:val="0"/>
          <w:numId w:val="12"/>
        </w:numPr>
        <w:jc w:val="both"/>
        <w:rPr>
          <w:rFonts w:ascii="Times New Roman" w:hAnsi="Times New Roman" w:cs="Times New Roman"/>
          <w:sz w:val="24"/>
          <w:szCs w:val="24"/>
        </w:rPr>
      </w:pPr>
      <w:proofErr w:type="spellStart"/>
      <w:r w:rsidRPr="001C6FD4">
        <w:rPr>
          <w:rFonts w:ascii="Times New Roman" w:hAnsi="Times New Roman" w:cs="Times New Roman"/>
          <w:sz w:val="24"/>
          <w:szCs w:val="24"/>
        </w:rPr>
        <w:t>Meningkatkan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pemahaman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mengenai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konsep</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dasar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Sistem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Penjaminan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(SPMI) dan </w:t>
      </w:r>
      <w:proofErr w:type="spellStart"/>
      <w:r w:rsidRPr="001C6FD4">
        <w:rPr>
          <w:rFonts w:ascii="Times New Roman" w:hAnsi="Times New Roman" w:cs="Times New Roman"/>
          <w:sz w:val="24"/>
          <w:szCs w:val="24"/>
        </w:rPr>
        <w:t>siklus</w:t>
      </w:r>
      <w:proofErr w:type="spellEnd"/>
      <w:r w:rsidRPr="001C6FD4">
        <w:rPr>
          <w:rFonts w:ascii="Times New Roman" w:hAnsi="Times New Roman" w:cs="Times New Roman"/>
          <w:sz w:val="24"/>
          <w:szCs w:val="24"/>
        </w:rPr>
        <w:t xml:space="preserve"> PPEPP</w:t>
      </w:r>
    </w:p>
    <w:p w14:paraId="38F71BD4" w14:textId="77777777" w:rsidR="009F0B74" w:rsidRPr="001C6FD4" w:rsidRDefault="009F0B74" w:rsidP="001C6FD4">
      <w:pPr>
        <w:pStyle w:val="DaftarParagraf"/>
        <w:numPr>
          <w:ilvl w:val="0"/>
          <w:numId w:val="12"/>
        </w:numPr>
        <w:jc w:val="both"/>
        <w:rPr>
          <w:rFonts w:ascii="Times New Roman" w:hAnsi="Times New Roman" w:cs="Times New Roman"/>
          <w:sz w:val="24"/>
          <w:szCs w:val="24"/>
        </w:rPr>
      </w:pPr>
      <w:proofErr w:type="spellStart"/>
      <w:r w:rsidRPr="001C6FD4">
        <w:rPr>
          <w:rFonts w:ascii="Times New Roman" w:hAnsi="Times New Roman" w:cs="Times New Roman"/>
          <w:sz w:val="24"/>
          <w:szCs w:val="24"/>
        </w:rPr>
        <w:t>Membekali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kompetensi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melaksanakan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(AMI)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benar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sistematis</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sesuai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w:t>
      </w:r>
    </w:p>
    <w:p w14:paraId="7566AFD7" w14:textId="77777777" w:rsidR="009F0B74" w:rsidRPr="001C6FD4" w:rsidRDefault="009F0B74" w:rsidP="001C6FD4">
      <w:pPr>
        <w:pStyle w:val="DaftarParagraf"/>
        <w:numPr>
          <w:ilvl w:val="0"/>
          <w:numId w:val="12"/>
        </w:numPr>
        <w:jc w:val="both"/>
        <w:rPr>
          <w:rFonts w:ascii="Times New Roman" w:hAnsi="Times New Roman" w:cs="Times New Roman"/>
          <w:sz w:val="24"/>
          <w:szCs w:val="24"/>
        </w:rPr>
      </w:pPr>
      <w:proofErr w:type="spellStart"/>
      <w:r w:rsidRPr="001C6FD4">
        <w:rPr>
          <w:rFonts w:ascii="Times New Roman" w:hAnsi="Times New Roman" w:cs="Times New Roman"/>
          <w:sz w:val="24"/>
          <w:szCs w:val="24"/>
        </w:rPr>
        <w:t>Mengembangkan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kemampuan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menyusun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instrumen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termasuk</w:t>
      </w:r>
      <w:proofErr w:type="spellEnd"/>
      <w:r w:rsidRPr="001C6FD4">
        <w:rPr>
          <w:rFonts w:ascii="Times New Roman" w:hAnsi="Times New Roman" w:cs="Times New Roman"/>
          <w:sz w:val="24"/>
          <w:szCs w:val="24"/>
        </w:rPr>
        <w:t xml:space="preserve"> checklist, </w:t>
      </w:r>
      <w:proofErr w:type="spellStart"/>
      <w:r w:rsidRPr="001C6FD4">
        <w:rPr>
          <w:rFonts w:ascii="Times New Roman" w:hAnsi="Times New Roman" w:cs="Times New Roman"/>
          <w:sz w:val="24"/>
          <w:szCs w:val="24"/>
        </w:rPr>
        <w:t>lembar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temuan</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dokumen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pendukung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lainnya</w:t>
      </w:r>
      <w:proofErr w:type="spellEnd"/>
    </w:p>
    <w:p w14:paraId="1E7A9B8C" w14:textId="1ADE0266" w:rsidR="009F0B74" w:rsidRPr="001C6FD4" w:rsidRDefault="009F0B74" w:rsidP="001C6FD4">
      <w:pPr>
        <w:pStyle w:val="DaftarParagraf"/>
        <w:numPr>
          <w:ilvl w:val="0"/>
          <w:numId w:val="12"/>
        </w:numPr>
        <w:jc w:val="both"/>
        <w:rPr>
          <w:rFonts w:ascii="Times New Roman" w:hAnsi="Times New Roman" w:cs="Times New Roman"/>
          <w:sz w:val="24"/>
          <w:szCs w:val="24"/>
        </w:rPr>
      </w:pPr>
      <w:proofErr w:type="spellStart"/>
      <w:r w:rsidRPr="001C6FD4">
        <w:rPr>
          <w:rFonts w:ascii="Times New Roman" w:hAnsi="Times New Roman" w:cs="Times New Roman"/>
          <w:sz w:val="24"/>
          <w:szCs w:val="24"/>
        </w:rPr>
        <w:t>Menumbuhkan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sikap</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profesional</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objektif</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integritas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pelaksanaan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di </w:t>
      </w:r>
      <w:proofErr w:type="spellStart"/>
      <w:r w:rsidRPr="001C6FD4">
        <w:rPr>
          <w:rFonts w:ascii="Times New Roman" w:hAnsi="Times New Roman" w:cs="Times New Roman"/>
          <w:sz w:val="24"/>
          <w:szCs w:val="24"/>
        </w:rPr>
        <w:t>lingkungan</w:t>
      </w:r>
      <w:proofErr w:type="spellEnd"/>
      <w:r w:rsidRPr="001C6FD4">
        <w:rPr>
          <w:rFonts w:ascii="Times New Roman" w:hAnsi="Times New Roman" w:cs="Times New Roman"/>
          <w:sz w:val="24"/>
          <w:szCs w:val="24"/>
        </w:rPr>
        <w:t xml:space="preserve"> PTKIS.</w:t>
      </w:r>
    </w:p>
    <w:p w14:paraId="56086F7B" w14:textId="77777777" w:rsidR="009F0B74" w:rsidRPr="001C6FD4" w:rsidRDefault="009F0B74" w:rsidP="001C6FD4">
      <w:pPr>
        <w:pStyle w:val="DaftarParagraf"/>
        <w:numPr>
          <w:ilvl w:val="0"/>
          <w:numId w:val="12"/>
        </w:numPr>
        <w:jc w:val="both"/>
        <w:rPr>
          <w:rFonts w:ascii="Times New Roman" w:hAnsi="Times New Roman" w:cs="Times New Roman"/>
          <w:sz w:val="24"/>
          <w:szCs w:val="24"/>
        </w:rPr>
      </w:pPr>
      <w:proofErr w:type="spellStart"/>
      <w:r w:rsidRPr="001C6FD4">
        <w:rPr>
          <w:rFonts w:ascii="Times New Roman" w:hAnsi="Times New Roman" w:cs="Times New Roman"/>
          <w:sz w:val="24"/>
          <w:szCs w:val="24"/>
        </w:rPr>
        <w:t>Menyiapkan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agar </w:t>
      </w:r>
      <w:proofErr w:type="spellStart"/>
      <w:r w:rsidRPr="001C6FD4">
        <w:rPr>
          <w:rFonts w:ascii="Times New Roman" w:hAnsi="Times New Roman" w:cs="Times New Roman"/>
          <w:sz w:val="24"/>
          <w:szCs w:val="24"/>
        </w:rPr>
        <w:t>mampu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berperan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sebagai</w:t>
      </w:r>
      <w:proofErr w:type="spellEnd"/>
      <w:r w:rsidRPr="001C6FD4">
        <w:rPr>
          <w:rFonts w:ascii="Times New Roman" w:hAnsi="Times New Roman" w:cs="Times New Roman"/>
          <w:sz w:val="24"/>
          <w:szCs w:val="24"/>
        </w:rPr>
        <w:t xml:space="preserve"> auditor internal yang </w:t>
      </w:r>
      <w:proofErr w:type="spellStart"/>
      <w:r w:rsidRPr="001C6FD4">
        <w:rPr>
          <w:rFonts w:ascii="Times New Roman" w:hAnsi="Times New Roman" w:cs="Times New Roman"/>
          <w:sz w:val="24"/>
          <w:szCs w:val="24"/>
        </w:rPr>
        <w:t>mendukung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implementasi</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peningkatan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berkelanjutan</w:t>
      </w:r>
      <w:proofErr w:type="spellEnd"/>
      <w:r w:rsidRPr="001C6FD4">
        <w:rPr>
          <w:rFonts w:ascii="Times New Roman" w:hAnsi="Times New Roman" w:cs="Times New Roman"/>
          <w:sz w:val="24"/>
          <w:szCs w:val="24"/>
        </w:rPr>
        <w:t xml:space="preserve"> di </w:t>
      </w:r>
      <w:proofErr w:type="spellStart"/>
      <w:r w:rsidRPr="001C6FD4">
        <w:rPr>
          <w:rFonts w:ascii="Times New Roman" w:hAnsi="Times New Roman" w:cs="Times New Roman"/>
          <w:sz w:val="24"/>
          <w:szCs w:val="24"/>
        </w:rPr>
        <w:t>perguruan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w:t>
      </w:r>
    </w:p>
    <w:p w14:paraId="520EB82E" w14:textId="062F6955" w:rsidR="009F0B74" w:rsidRPr="001C6FD4" w:rsidRDefault="009F0B74" w:rsidP="001C6FD4">
      <w:pPr>
        <w:pStyle w:val="DaftarParagraf"/>
        <w:rPr>
          <w:rFonts w:ascii="Times New Roman" w:hAnsi="Times New Roman" w:cs="Times New Roman"/>
          <w:sz w:val="24"/>
          <w:szCs w:val="24"/>
        </w:rPr>
      </w:pPr>
    </w:p>
    <w:p w14:paraId="766A63E3" w14:textId="0C8BF90F" w:rsidR="0096520E" w:rsidRDefault="0096520E" w:rsidP="001C6FD4">
      <w:pPr>
        <w:pStyle w:val="DaftarParagraf"/>
        <w:rPr>
          <w:rFonts w:ascii="Times New Roman" w:hAnsi="Times New Roman" w:cs="Times New Roman"/>
          <w:sz w:val="24"/>
          <w:szCs w:val="24"/>
        </w:rPr>
      </w:pPr>
    </w:p>
    <w:p w14:paraId="70DE68E5" w14:textId="77777777" w:rsidR="001C6FD4" w:rsidRPr="001C6FD4" w:rsidRDefault="001C6FD4" w:rsidP="001C6FD4">
      <w:pPr>
        <w:pStyle w:val="DaftarParagraf"/>
        <w:rPr>
          <w:rFonts w:ascii="Times New Roman" w:hAnsi="Times New Roman" w:cs="Times New Roman"/>
          <w:sz w:val="24"/>
          <w:szCs w:val="24"/>
        </w:rPr>
      </w:pPr>
    </w:p>
    <w:p w14:paraId="39D67C2B" w14:textId="20061CE6" w:rsidR="004A4241" w:rsidRPr="001C6FD4" w:rsidRDefault="00971AA8" w:rsidP="001C6FD4">
      <w:pPr>
        <w:pStyle w:val="DaftarParagraf"/>
        <w:numPr>
          <w:ilvl w:val="0"/>
          <w:numId w:val="10"/>
        </w:numPr>
        <w:ind w:left="426" w:hanging="426"/>
        <w:rPr>
          <w:rFonts w:ascii="Times New Roman" w:hAnsi="Times New Roman" w:cs="Times New Roman"/>
          <w:b/>
          <w:bCs/>
          <w:sz w:val="24"/>
          <w:szCs w:val="24"/>
        </w:rPr>
      </w:pPr>
      <w:proofErr w:type="spellStart"/>
      <w:r w:rsidRPr="001C6FD4">
        <w:rPr>
          <w:rFonts w:ascii="Times New Roman" w:hAnsi="Times New Roman" w:cs="Times New Roman"/>
          <w:b/>
          <w:bCs/>
          <w:sz w:val="24"/>
          <w:szCs w:val="24"/>
        </w:rPr>
        <w:t>Rangkaian</w:t>
      </w:r>
      <w:proofErr w:type="spellEnd"/>
      <w:r w:rsidRPr="001C6FD4">
        <w:rPr>
          <w:rFonts w:ascii="Times New Roman" w:hAnsi="Times New Roman" w:cs="Times New Roman"/>
          <w:b/>
          <w:bCs/>
          <w:sz w:val="24"/>
          <w:szCs w:val="24"/>
        </w:rPr>
        <w:t xml:space="preserve"> </w:t>
      </w:r>
      <w:proofErr w:type="spellStart"/>
      <w:r w:rsidRPr="001C6FD4">
        <w:rPr>
          <w:rFonts w:ascii="Times New Roman" w:hAnsi="Times New Roman" w:cs="Times New Roman"/>
          <w:b/>
          <w:bCs/>
          <w:sz w:val="24"/>
          <w:szCs w:val="24"/>
        </w:rPr>
        <w:t>Kegiatan</w:t>
      </w:r>
      <w:proofErr w:type="spellEnd"/>
    </w:p>
    <w:p w14:paraId="41D0F07C" w14:textId="6AE745A1" w:rsidR="004A4241" w:rsidRPr="001C6FD4" w:rsidRDefault="00971AA8" w:rsidP="001C6FD4">
      <w:pPr>
        <w:pStyle w:val="DaftarParagraf"/>
        <w:numPr>
          <w:ilvl w:val="0"/>
          <w:numId w:val="13"/>
        </w:numPr>
        <w:rPr>
          <w:rFonts w:ascii="Times New Roman" w:hAnsi="Times New Roman" w:cs="Times New Roman"/>
          <w:sz w:val="24"/>
          <w:szCs w:val="24"/>
        </w:rPr>
      </w:pPr>
      <w:proofErr w:type="spellStart"/>
      <w:r w:rsidRPr="001C6FD4">
        <w:rPr>
          <w:rFonts w:ascii="Times New Roman" w:hAnsi="Times New Roman" w:cs="Times New Roman"/>
          <w:sz w:val="24"/>
          <w:szCs w:val="24"/>
        </w:rPr>
        <w:t>Pembukaan</w:t>
      </w:r>
      <w:proofErr w:type="spellEnd"/>
      <w:r w:rsidRPr="001C6FD4">
        <w:rPr>
          <w:rFonts w:ascii="Times New Roman" w:hAnsi="Times New Roman" w:cs="Times New Roman"/>
          <w:sz w:val="24"/>
          <w:szCs w:val="24"/>
        </w:rPr>
        <w:t xml:space="preserve"> Acara</w:t>
      </w:r>
    </w:p>
    <w:p w14:paraId="7D35D340" w14:textId="77777777" w:rsidR="00591BF9" w:rsidRPr="001C6FD4" w:rsidRDefault="00591BF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(AMI–SPMI) </w:t>
      </w:r>
      <w:proofErr w:type="spellStart"/>
      <w:r w:rsidRPr="001C6FD4">
        <w:rPr>
          <w:rFonts w:ascii="Times New Roman" w:hAnsi="Times New Roman" w:cs="Times New Roman"/>
          <w:sz w:val="24"/>
          <w:szCs w:val="24"/>
        </w:rPr>
        <w:t>diawali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pembukaan</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dipimpin</w:t>
      </w:r>
      <w:proofErr w:type="spellEnd"/>
      <w:r w:rsidRPr="001C6FD4">
        <w:rPr>
          <w:rFonts w:ascii="Times New Roman" w:hAnsi="Times New Roman" w:cs="Times New Roman"/>
          <w:sz w:val="24"/>
          <w:szCs w:val="24"/>
        </w:rPr>
        <w:t xml:space="preserve"> oleh </w:t>
      </w:r>
      <w:proofErr w:type="spellStart"/>
      <w:r w:rsidRPr="001C6FD4">
        <w:rPr>
          <w:rFonts w:ascii="Times New Roman" w:hAnsi="Times New Roman" w:cs="Times New Roman"/>
          <w:sz w:val="24"/>
          <w:szCs w:val="24"/>
        </w:rPr>
        <w:t>Rektor</w:t>
      </w:r>
      <w:proofErr w:type="spellEnd"/>
      <w:r w:rsidRPr="001C6FD4">
        <w:rPr>
          <w:rFonts w:ascii="Times New Roman" w:hAnsi="Times New Roman" w:cs="Times New Roman"/>
          <w:sz w:val="24"/>
          <w:szCs w:val="24"/>
        </w:rPr>
        <w:t xml:space="preserve"> UIN </w:t>
      </w:r>
      <w:proofErr w:type="spellStart"/>
      <w:r w:rsidRPr="001C6FD4">
        <w:rPr>
          <w:rFonts w:ascii="Times New Roman" w:hAnsi="Times New Roman" w:cs="Times New Roman"/>
          <w:sz w:val="24"/>
          <w:szCs w:val="24"/>
        </w:rPr>
        <w:t>Ar-Raniry</w:t>
      </w:r>
      <w:proofErr w:type="spellEnd"/>
      <w:r w:rsidRPr="001C6FD4">
        <w:rPr>
          <w:rFonts w:ascii="Times New Roman" w:hAnsi="Times New Roman" w:cs="Times New Roman"/>
          <w:sz w:val="24"/>
          <w:szCs w:val="24"/>
        </w:rPr>
        <w:t xml:space="preserve"> Banda Aceh.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sambutannya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Rektor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menyampaikan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apresiasi</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kepada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seluruh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hadir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berbagai</w:t>
      </w:r>
      <w:proofErr w:type="spellEnd"/>
      <w:r w:rsidRPr="001C6FD4">
        <w:rPr>
          <w:rFonts w:ascii="Times New Roman" w:hAnsi="Times New Roman" w:cs="Times New Roman"/>
          <w:sz w:val="24"/>
          <w:szCs w:val="24"/>
        </w:rPr>
        <w:t xml:space="preserve"> PTKIS di Aceh, </w:t>
      </w:r>
      <w:proofErr w:type="spellStart"/>
      <w:r w:rsidRPr="001C6FD4">
        <w:rPr>
          <w:rFonts w:ascii="Times New Roman" w:hAnsi="Times New Roman" w:cs="Times New Roman"/>
          <w:sz w:val="24"/>
          <w:szCs w:val="24"/>
        </w:rPr>
        <w:t>termasuk</w:t>
      </w:r>
      <w:proofErr w:type="spellEnd"/>
      <w:r w:rsidRPr="001C6FD4">
        <w:rPr>
          <w:rFonts w:ascii="Times New Roman" w:hAnsi="Times New Roman" w:cs="Times New Roman"/>
          <w:sz w:val="24"/>
          <w:szCs w:val="24"/>
        </w:rPr>
        <w:t xml:space="preserve"> STIT Al-</w:t>
      </w:r>
      <w:proofErr w:type="spellStart"/>
      <w:r w:rsidRPr="001C6FD4">
        <w:rPr>
          <w:rFonts w:ascii="Times New Roman" w:hAnsi="Times New Roman" w:cs="Times New Roman"/>
          <w:sz w:val="24"/>
          <w:szCs w:val="24"/>
        </w:rPr>
        <w:t>Hilal</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Sigli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Beliau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menegaskan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bahwa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penguatan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merupakan</w:t>
      </w:r>
      <w:proofErr w:type="spellEnd"/>
      <w:r w:rsidRPr="001C6FD4">
        <w:rPr>
          <w:rFonts w:ascii="Times New Roman" w:hAnsi="Times New Roman" w:cs="Times New Roman"/>
          <w:sz w:val="24"/>
          <w:szCs w:val="24"/>
        </w:rPr>
        <w:t xml:space="preserve"> agenda </w:t>
      </w:r>
      <w:proofErr w:type="spellStart"/>
      <w:r w:rsidRPr="001C6FD4">
        <w:rPr>
          <w:rFonts w:ascii="Times New Roman" w:hAnsi="Times New Roman" w:cs="Times New Roman"/>
          <w:sz w:val="24"/>
          <w:szCs w:val="24"/>
        </w:rPr>
        <w:t>strategis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pengembangan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pendidikan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 xml:space="preserve"> Islam, </w:t>
      </w:r>
      <w:proofErr w:type="spellStart"/>
      <w:r w:rsidRPr="001C6FD4">
        <w:rPr>
          <w:rFonts w:ascii="Times New Roman" w:hAnsi="Times New Roman" w:cs="Times New Roman"/>
          <w:sz w:val="24"/>
          <w:szCs w:val="24"/>
        </w:rPr>
        <w:t>sehingga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keberadaan</w:t>
      </w:r>
      <w:proofErr w:type="spellEnd"/>
      <w:r w:rsidRPr="001C6FD4">
        <w:rPr>
          <w:rFonts w:ascii="Times New Roman" w:hAnsi="Times New Roman" w:cs="Times New Roman"/>
          <w:sz w:val="24"/>
          <w:szCs w:val="24"/>
        </w:rPr>
        <w:t xml:space="preserve"> auditor internal yang </w:t>
      </w:r>
      <w:proofErr w:type="spellStart"/>
      <w:r w:rsidRPr="001C6FD4">
        <w:rPr>
          <w:rFonts w:ascii="Times New Roman" w:hAnsi="Times New Roman" w:cs="Times New Roman"/>
          <w:sz w:val="24"/>
          <w:szCs w:val="24"/>
        </w:rPr>
        <w:t>kompeten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menjadi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faktor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penting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menjaga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keberlanjutan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kualitas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akademik</w:t>
      </w:r>
      <w:proofErr w:type="spellEnd"/>
      <w:r w:rsidRPr="001C6FD4">
        <w:rPr>
          <w:rFonts w:ascii="Times New Roman" w:hAnsi="Times New Roman" w:cs="Times New Roman"/>
          <w:sz w:val="24"/>
          <w:szCs w:val="24"/>
        </w:rPr>
        <w:t xml:space="preserve"> dan tata </w:t>
      </w:r>
      <w:proofErr w:type="spellStart"/>
      <w:r w:rsidRPr="001C6FD4">
        <w:rPr>
          <w:rFonts w:ascii="Times New Roman" w:hAnsi="Times New Roman" w:cs="Times New Roman"/>
          <w:sz w:val="24"/>
          <w:szCs w:val="24"/>
        </w:rPr>
        <w:t>kelola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institusi</w:t>
      </w:r>
      <w:proofErr w:type="spellEnd"/>
      <w:r w:rsidRPr="001C6FD4">
        <w:rPr>
          <w:rFonts w:ascii="Times New Roman" w:hAnsi="Times New Roman" w:cs="Times New Roman"/>
          <w:sz w:val="24"/>
          <w:szCs w:val="24"/>
        </w:rPr>
        <w:t>.</w:t>
      </w:r>
    </w:p>
    <w:p w14:paraId="234B5017" w14:textId="77777777" w:rsidR="00591BF9" w:rsidRPr="001C6FD4" w:rsidRDefault="00591BF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Rektor</w:t>
      </w:r>
      <w:proofErr w:type="spellEnd"/>
      <w:r w:rsidRPr="001C6FD4">
        <w:rPr>
          <w:rFonts w:ascii="Times New Roman" w:hAnsi="Times New Roman" w:cs="Times New Roman"/>
          <w:sz w:val="24"/>
          <w:szCs w:val="24"/>
        </w:rPr>
        <w:t xml:space="preserve"> juga </w:t>
      </w:r>
      <w:proofErr w:type="spellStart"/>
      <w:r w:rsidRPr="001C6FD4">
        <w:rPr>
          <w:rFonts w:ascii="Times New Roman" w:hAnsi="Times New Roman" w:cs="Times New Roman"/>
          <w:sz w:val="24"/>
          <w:szCs w:val="24"/>
        </w:rPr>
        <w:t>menekankan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bahwa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implementasi</w:t>
      </w:r>
      <w:proofErr w:type="spellEnd"/>
      <w:r w:rsidRPr="001C6FD4">
        <w:rPr>
          <w:rFonts w:ascii="Times New Roman" w:hAnsi="Times New Roman" w:cs="Times New Roman"/>
          <w:sz w:val="24"/>
          <w:szCs w:val="24"/>
        </w:rPr>
        <w:t xml:space="preserve"> SPMI </w:t>
      </w:r>
      <w:proofErr w:type="spellStart"/>
      <w:r w:rsidRPr="001C6FD4">
        <w:rPr>
          <w:rFonts w:ascii="Times New Roman" w:hAnsi="Times New Roman" w:cs="Times New Roman"/>
          <w:sz w:val="24"/>
          <w:szCs w:val="24"/>
        </w:rPr>
        <w:t>tidak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hanya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sebatas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pemenuhan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regulasi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tetapi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merupakan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komitmen</w:t>
      </w:r>
      <w:proofErr w:type="spellEnd"/>
      <w:r w:rsidRPr="001C6FD4">
        <w:rPr>
          <w:rFonts w:ascii="Times New Roman" w:hAnsi="Times New Roman" w:cs="Times New Roman"/>
          <w:sz w:val="24"/>
          <w:szCs w:val="24"/>
        </w:rPr>
        <w:t xml:space="preserve"> moral dan </w:t>
      </w:r>
      <w:proofErr w:type="spellStart"/>
      <w:r w:rsidRPr="001C6FD4">
        <w:rPr>
          <w:rFonts w:ascii="Times New Roman" w:hAnsi="Times New Roman" w:cs="Times New Roman"/>
          <w:sz w:val="24"/>
          <w:szCs w:val="24"/>
        </w:rPr>
        <w:t>profesional</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seluruh</w:t>
      </w:r>
      <w:proofErr w:type="spellEnd"/>
      <w:r w:rsidRPr="001C6FD4">
        <w:rPr>
          <w:rFonts w:ascii="Times New Roman" w:hAnsi="Times New Roman" w:cs="Times New Roman"/>
          <w:sz w:val="24"/>
          <w:szCs w:val="24"/>
        </w:rPr>
        <w:t xml:space="preserve"> civitas </w:t>
      </w:r>
      <w:proofErr w:type="spellStart"/>
      <w:r w:rsidRPr="001C6FD4">
        <w:rPr>
          <w:rFonts w:ascii="Times New Roman" w:hAnsi="Times New Roman" w:cs="Times New Roman"/>
          <w:sz w:val="24"/>
          <w:szCs w:val="24"/>
        </w:rPr>
        <w:t>akademika</w:t>
      </w:r>
      <w:proofErr w:type="spellEnd"/>
      <w:r w:rsidRPr="001C6FD4">
        <w:rPr>
          <w:rFonts w:ascii="Times New Roman" w:hAnsi="Times New Roman" w:cs="Times New Roman"/>
          <w:sz w:val="24"/>
          <w:szCs w:val="24"/>
        </w:rPr>
        <w:t xml:space="preserve">. Oleh </w:t>
      </w:r>
      <w:proofErr w:type="spellStart"/>
      <w:r w:rsidRPr="001C6FD4">
        <w:rPr>
          <w:rFonts w:ascii="Times New Roman" w:hAnsi="Times New Roman" w:cs="Times New Roman"/>
          <w:sz w:val="24"/>
          <w:szCs w:val="24"/>
        </w:rPr>
        <w:t>karena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beliau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mendorong</w:t>
      </w:r>
      <w:proofErr w:type="spellEnd"/>
      <w:r w:rsidRPr="001C6FD4">
        <w:rPr>
          <w:rFonts w:ascii="Times New Roman" w:hAnsi="Times New Roman" w:cs="Times New Roman"/>
          <w:sz w:val="24"/>
          <w:szCs w:val="24"/>
        </w:rPr>
        <w:t xml:space="preserve"> para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agar </w:t>
      </w:r>
      <w:proofErr w:type="spellStart"/>
      <w:r w:rsidRPr="001C6FD4">
        <w:rPr>
          <w:rFonts w:ascii="Times New Roman" w:hAnsi="Times New Roman" w:cs="Times New Roman"/>
          <w:sz w:val="24"/>
          <w:szCs w:val="24"/>
        </w:rPr>
        <w:t>mengikuti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kegiatan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serius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aktif</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penuh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integritas</w:t>
      </w:r>
      <w:proofErr w:type="spellEnd"/>
      <w:r w:rsidRPr="001C6FD4">
        <w:rPr>
          <w:rFonts w:ascii="Times New Roman" w:hAnsi="Times New Roman" w:cs="Times New Roman"/>
          <w:sz w:val="24"/>
          <w:szCs w:val="24"/>
        </w:rPr>
        <w:t xml:space="preserve"> agar </w:t>
      </w:r>
      <w:proofErr w:type="spellStart"/>
      <w:r w:rsidRPr="001C6FD4">
        <w:rPr>
          <w:rFonts w:ascii="Times New Roman" w:hAnsi="Times New Roman" w:cs="Times New Roman"/>
          <w:sz w:val="24"/>
          <w:szCs w:val="24"/>
        </w:rPr>
        <w:t>dapat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mengaplikasikan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ilmu</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diperoleh</w:t>
      </w:r>
      <w:proofErr w:type="spellEnd"/>
      <w:r w:rsidRPr="001C6FD4">
        <w:rPr>
          <w:rFonts w:ascii="Times New Roman" w:hAnsi="Times New Roman" w:cs="Times New Roman"/>
          <w:sz w:val="24"/>
          <w:szCs w:val="24"/>
        </w:rPr>
        <w:t xml:space="preserve"> di </w:t>
      </w:r>
      <w:proofErr w:type="spellStart"/>
      <w:r w:rsidRPr="001C6FD4">
        <w:rPr>
          <w:rFonts w:ascii="Times New Roman" w:hAnsi="Times New Roman" w:cs="Times New Roman"/>
          <w:sz w:val="24"/>
          <w:szCs w:val="24"/>
        </w:rPr>
        <w:t>kampus</w:t>
      </w:r>
      <w:proofErr w:type="spellEnd"/>
      <w:r w:rsidRPr="001C6FD4">
        <w:rPr>
          <w:rFonts w:ascii="Times New Roman" w:hAnsi="Times New Roman" w:cs="Times New Roman"/>
          <w:sz w:val="24"/>
          <w:szCs w:val="24"/>
        </w:rPr>
        <w:t xml:space="preserve"> masing-masing.</w:t>
      </w:r>
    </w:p>
    <w:p w14:paraId="359FE917" w14:textId="1B4C4D5C" w:rsidR="00591BF9" w:rsidRPr="001C6FD4" w:rsidRDefault="00591BF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sambutannya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Rektor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turut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menjelaskan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penting</w:t>
      </w:r>
      <w:proofErr w:type="spellEnd"/>
      <w:r w:rsidRPr="001C6FD4">
        <w:rPr>
          <w:rFonts w:ascii="Times New Roman" w:hAnsi="Times New Roman" w:cs="Times New Roman"/>
          <w:sz w:val="24"/>
          <w:szCs w:val="24"/>
        </w:rPr>
        <w:t xml:space="preserve"> AMI </w:t>
      </w:r>
      <w:proofErr w:type="spellStart"/>
      <w:r w:rsidRPr="001C6FD4">
        <w:rPr>
          <w:rFonts w:ascii="Times New Roman" w:hAnsi="Times New Roman" w:cs="Times New Roman"/>
          <w:sz w:val="24"/>
          <w:szCs w:val="24"/>
        </w:rPr>
        <w:t>sebagai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instrumen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evaluasi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memastikan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berjalan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konsisten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menekankan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bahwa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bukan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hanya</w:t>
      </w:r>
      <w:proofErr w:type="spellEnd"/>
      <w:r w:rsidRPr="001C6FD4">
        <w:rPr>
          <w:rFonts w:ascii="Times New Roman" w:hAnsi="Times New Roman" w:cs="Times New Roman"/>
          <w:sz w:val="24"/>
          <w:szCs w:val="24"/>
        </w:rPr>
        <w:t xml:space="preserve"> forum </w:t>
      </w:r>
      <w:proofErr w:type="spellStart"/>
      <w:r w:rsidRPr="001C6FD4">
        <w:rPr>
          <w:rFonts w:ascii="Times New Roman" w:hAnsi="Times New Roman" w:cs="Times New Roman"/>
          <w:sz w:val="24"/>
          <w:szCs w:val="24"/>
        </w:rPr>
        <w:t>pembelajaran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tetapi</w:t>
      </w:r>
      <w:proofErr w:type="spellEnd"/>
      <w:r w:rsidRPr="001C6FD4">
        <w:rPr>
          <w:rFonts w:ascii="Times New Roman" w:hAnsi="Times New Roman" w:cs="Times New Roman"/>
          <w:sz w:val="24"/>
          <w:szCs w:val="24"/>
        </w:rPr>
        <w:t xml:space="preserve"> juga </w:t>
      </w:r>
      <w:proofErr w:type="spellStart"/>
      <w:r w:rsidRPr="001C6FD4">
        <w:rPr>
          <w:rFonts w:ascii="Times New Roman" w:hAnsi="Times New Roman" w:cs="Times New Roman"/>
          <w:sz w:val="24"/>
          <w:szCs w:val="24"/>
        </w:rPr>
        <w:t>ruang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kolaborasi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antar</w:t>
      </w:r>
      <w:proofErr w:type="spellEnd"/>
      <w:r w:rsidRPr="001C6FD4">
        <w:rPr>
          <w:rFonts w:ascii="Times New Roman" w:hAnsi="Times New Roman" w:cs="Times New Roman"/>
          <w:sz w:val="24"/>
          <w:szCs w:val="24"/>
        </w:rPr>
        <w:t xml:space="preserve">-PTKIS </w:t>
      </w:r>
      <w:proofErr w:type="spellStart"/>
      <w:r w:rsidRPr="001C6FD4">
        <w:rPr>
          <w:rFonts w:ascii="Times New Roman" w:hAnsi="Times New Roman" w:cs="Times New Roman"/>
          <w:sz w:val="24"/>
          <w:szCs w:val="24"/>
        </w:rPr>
        <w:t>untuk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membangun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budaya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lebih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kuat</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berkelanjutan</w:t>
      </w:r>
      <w:proofErr w:type="spellEnd"/>
      <w:r w:rsidRPr="001C6FD4">
        <w:rPr>
          <w:rFonts w:ascii="Times New Roman" w:hAnsi="Times New Roman" w:cs="Times New Roman"/>
          <w:sz w:val="24"/>
          <w:szCs w:val="24"/>
        </w:rPr>
        <w:t>.</w:t>
      </w:r>
    </w:p>
    <w:p w14:paraId="59409571" w14:textId="77777777" w:rsidR="00591BF9" w:rsidRPr="001C6FD4" w:rsidRDefault="00591BF9" w:rsidP="001C6FD4">
      <w:pPr>
        <w:pStyle w:val="DaftarParagraf"/>
        <w:ind w:firstLine="720"/>
        <w:jc w:val="both"/>
        <w:rPr>
          <w:rFonts w:ascii="Times New Roman" w:hAnsi="Times New Roman" w:cs="Times New Roman"/>
          <w:sz w:val="24"/>
          <w:szCs w:val="24"/>
        </w:rPr>
      </w:pPr>
    </w:p>
    <w:p w14:paraId="66E76631" w14:textId="17090732" w:rsidR="004A4241" w:rsidRPr="001C6FD4" w:rsidRDefault="00971AA8" w:rsidP="001C6FD4">
      <w:pPr>
        <w:pStyle w:val="DaftarParagraf"/>
        <w:numPr>
          <w:ilvl w:val="0"/>
          <w:numId w:val="13"/>
        </w:numPr>
        <w:rPr>
          <w:rFonts w:ascii="Times New Roman" w:hAnsi="Times New Roman" w:cs="Times New Roman"/>
          <w:sz w:val="24"/>
          <w:szCs w:val="24"/>
        </w:rPr>
      </w:pPr>
      <w:proofErr w:type="spellStart"/>
      <w:r w:rsidRPr="001C6FD4">
        <w:rPr>
          <w:rFonts w:ascii="Times New Roman" w:hAnsi="Times New Roman" w:cs="Times New Roman"/>
          <w:sz w:val="24"/>
          <w:szCs w:val="24"/>
        </w:rPr>
        <w:t>Penyampaian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Materi</w:t>
      </w:r>
      <w:proofErr w:type="spellEnd"/>
      <w:r w:rsidRPr="001C6FD4">
        <w:rPr>
          <w:rFonts w:ascii="Times New Roman" w:hAnsi="Times New Roman" w:cs="Times New Roman"/>
          <w:sz w:val="24"/>
          <w:szCs w:val="24"/>
        </w:rPr>
        <w:t xml:space="preserve"> Utama</w:t>
      </w:r>
    </w:p>
    <w:p w14:paraId="5C3BFD8B" w14:textId="77777777" w:rsidR="00591BF9" w:rsidRPr="001C6FD4" w:rsidRDefault="00591BF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Sesi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materi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utama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disampaikan</w:t>
      </w:r>
      <w:proofErr w:type="spellEnd"/>
      <w:r w:rsidRPr="001C6FD4">
        <w:rPr>
          <w:rFonts w:ascii="Times New Roman" w:hAnsi="Times New Roman" w:cs="Times New Roman"/>
          <w:sz w:val="24"/>
          <w:szCs w:val="24"/>
        </w:rPr>
        <w:t xml:space="preserve"> oleh Tim </w:t>
      </w:r>
      <w:proofErr w:type="spellStart"/>
      <w:r w:rsidRPr="001C6FD4">
        <w:rPr>
          <w:rFonts w:ascii="Times New Roman" w:hAnsi="Times New Roman" w:cs="Times New Roman"/>
          <w:sz w:val="24"/>
          <w:szCs w:val="24"/>
        </w:rPr>
        <w:t>Penjamin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Universitas </w:t>
      </w:r>
      <w:proofErr w:type="spellStart"/>
      <w:r w:rsidRPr="001C6FD4">
        <w:rPr>
          <w:rFonts w:ascii="Times New Roman" w:hAnsi="Times New Roman" w:cs="Times New Roman"/>
          <w:sz w:val="24"/>
          <w:szCs w:val="24"/>
        </w:rPr>
        <w:t>Syiah</w:t>
      </w:r>
      <w:proofErr w:type="spellEnd"/>
      <w:r w:rsidRPr="001C6FD4">
        <w:rPr>
          <w:rFonts w:ascii="Times New Roman" w:hAnsi="Times New Roman" w:cs="Times New Roman"/>
          <w:sz w:val="24"/>
          <w:szCs w:val="24"/>
        </w:rPr>
        <w:t xml:space="preserve"> Kuala (USK) Banda Aceh, yang </w:t>
      </w:r>
      <w:proofErr w:type="spellStart"/>
      <w:r w:rsidRPr="001C6FD4">
        <w:rPr>
          <w:rFonts w:ascii="Times New Roman" w:hAnsi="Times New Roman" w:cs="Times New Roman"/>
          <w:sz w:val="24"/>
          <w:szCs w:val="24"/>
        </w:rPr>
        <w:t>hadir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sebagai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narasumber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(AMI–SPMI). </w:t>
      </w:r>
      <w:proofErr w:type="spellStart"/>
      <w:r w:rsidRPr="001C6FD4">
        <w:rPr>
          <w:rFonts w:ascii="Times New Roman" w:hAnsi="Times New Roman" w:cs="Times New Roman"/>
          <w:sz w:val="24"/>
          <w:szCs w:val="24"/>
        </w:rPr>
        <w:t>Materi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disampaikan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komprehensif</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sistematis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dimulai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pengenalan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konsep</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dasar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penjaminan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pendidikan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peran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penting</w:t>
      </w:r>
      <w:proofErr w:type="spellEnd"/>
      <w:r w:rsidRPr="001C6FD4">
        <w:rPr>
          <w:rFonts w:ascii="Times New Roman" w:hAnsi="Times New Roman" w:cs="Times New Roman"/>
          <w:sz w:val="24"/>
          <w:szCs w:val="24"/>
        </w:rPr>
        <w:t xml:space="preserve"> AMI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memastikan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pencapaian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telah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ditetapkan</w:t>
      </w:r>
      <w:proofErr w:type="spellEnd"/>
      <w:r w:rsidRPr="001C6FD4">
        <w:rPr>
          <w:rFonts w:ascii="Times New Roman" w:hAnsi="Times New Roman" w:cs="Times New Roman"/>
          <w:sz w:val="24"/>
          <w:szCs w:val="24"/>
        </w:rPr>
        <w:t xml:space="preserve">. Tim </w:t>
      </w:r>
      <w:proofErr w:type="spellStart"/>
      <w:r w:rsidRPr="001C6FD4">
        <w:rPr>
          <w:rFonts w:ascii="Times New Roman" w:hAnsi="Times New Roman" w:cs="Times New Roman"/>
          <w:sz w:val="24"/>
          <w:szCs w:val="24"/>
        </w:rPr>
        <w:t>Penjamin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USK </w:t>
      </w:r>
      <w:proofErr w:type="spellStart"/>
      <w:r w:rsidRPr="001C6FD4">
        <w:rPr>
          <w:rFonts w:ascii="Times New Roman" w:hAnsi="Times New Roman" w:cs="Times New Roman"/>
          <w:sz w:val="24"/>
          <w:szCs w:val="24"/>
        </w:rPr>
        <w:t>memberikan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penjelasan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rinci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tentang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kerangka</w:t>
      </w:r>
      <w:proofErr w:type="spellEnd"/>
      <w:r w:rsidRPr="001C6FD4">
        <w:rPr>
          <w:rFonts w:ascii="Times New Roman" w:hAnsi="Times New Roman" w:cs="Times New Roman"/>
          <w:sz w:val="24"/>
          <w:szCs w:val="24"/>
        </w:rPr>
        <w:t xml:space="preserve"> SPMI, </w:t>
      </w:r>
      <w:proofErr w:type="spellStart"/>
      <w:r w:rsidRPr="001C6FD4">
        <w:rPr>
          <w:rFonts w:ascii="Times New Roman" w:hAnsi="Times New Roman" w:cs="Times New Roman"/>
          <w:sz w:val="24"/>
          <w:szCs w:val="24"/>
        </w:rPr>
        <w:t>landasan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regulasi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hubungan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antara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indikator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kinerja</w:t>
      </w:r>
      <w:proofErr w:type="spellEnd"/>
      <w:r w:rsidRPr="001C6FD4">
        <w:rPr>
          <w:rFonts w:ascii="Times New Roman" w:hAnsi="Times New Roman" w:cs="Times New Roman"/>
          <w:sz w:val="24"/>
          <w:szCs w:val="24"/>
        </w:rPr>
        <w:t>, dan proses audit internal.</w:t>
      </w:r>
    </w:p>
    <w:p w14:paraId="70B2F164" w14:textId="302DAD25" w:rsidR="00591BF9" w:rsidRPr="001C6FD4" w:rsidRDefault="00591BF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lanjutan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pemateri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fokus</w:t>
      </w:r>
      <w:proofErr w:type="spellEnd"/>
      <w:r w:rsidRPr="001C6FD4">
        <w:rPr>
          <w:rFonts w:ascii="Times New Roman" w:hAnsi="Times New Roman" w:cs="Times New Roman"/>
          <w:sz w:val="24"/>
          <w:szCs w:val="24"/>
        </w:rPr>
        <w:t xml:space="preserve"> pada </w:t>
      </w:r>
      <w:proofErr w:type="spellStart"/>
      <w:r w:rsidRPr="001C6FD4">
        <w:rPr>
          <w:rFonts w:ascii="Times New Roman" w:hAnsi="Times New Roman" w:cs="Times New Roman"/>
          <w:sz w:val="24"/>
          <w:szCs w:val="24"/>
        </w:rPr>
        <w:t>metodologi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pelaksanaan</w:t>
      </w:r>
      <w:proofErr w:type="spellEnd"/>
      <w:r w:rsidRPr="001C6FD4">
        <w:rPr>
          <w:rFonts w:ascii="Times New Roman" w:hAnsi="Times New Roman" w:cs="Times New Roman"/>
          <w:sz w:val="24"/>
          <w:szCs w:val="24"/>
        </w:rPr>
        <w:t xml:space="preserve"> audit, yang </w:t>
      </w:r>
      <w:proofErr w:type="spellStart"/>
      <w:r w:rsidRPr="001C6FD4">
        <w:rPr>
          <w:rFonts w:ascii="Times New Roman" w:hAnsi="Times New Roman" w:cs="Times New Roman"/>
          <w:sz w:val="24"/>
          <w:szCs w:val="24"/>
        </w:rPr>
        <w:t>meliputi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teknik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wawancara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observasi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lapangan</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penelusuran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dokumen</w:t>
      </w:r>
      <w:proofErr w:type="spellEnd"/>
      <w:r w:rsidRPr="001C6FD4">
        <w:rPr>
          <w:rFonts w:ascii="Times New Roman" w:hAnsi="Times New Roman" w:cs="Times New Roman"/>
          <w:sz w:val="24"/>
          <w:szCs w:val="24"/>
        </w:rPr>
        <w:t xml:space="preserve"> (document review).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dibimbing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memahami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bagaimana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mengidentifikasi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bukti-bukti</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relevan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memastikan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objektivitas</w:t>
      </w:r>
      <w:proofErr w:type="spellEnd"/>
      <w:r w:rsidRPr="001C6FD4">
        <w:rPr>
          <w:rFonts w:ascii="Times New Roman" w:hAnsi="Times New Roman" w:cs="Times New Roman"/>
          <w:sz w:val="24"/>
          <w:szCs w:val="24"/>
        </w:rPr>
        <w:t xml:space="preserve"> auditor, dan </w:t>
      </w:r>
      <w:proofErr w:type="spellStart"/>
      <w:r w:rsidRPr="001C6FD4">
        <w:rPr>
          <w:rFonts w:ascii="Times New Roman" w:hAnsi="Times New Roman" w:cs="Times New Roman"/>
          <w:sz w:val="24"/>
          <w:szCs w:val="24"/>
        </w:rPr>
        <w:t>menyusun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temuan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akurat</w:t>
      </w:r>
      <w:proofErr w:type="spellEnd"/>
      <w:r w:rsidRPr="001C6FD4">
        <w:rPr>
          <w:rFonts w:ascii="Times New Roman" w:hAnsi="Times New Roman" w:cs="Times New Roman"/>
          <w:sz w:val="24"/>
          <w:szCs w:val="24"/>
        </w:rPr>
        <w:t xml:space="preserve">. Tim USK juga </w:t>
      </w:r>
      <w:proofErr w:type="spellStart"/>
      <w:r w:rsidRPr="001C6FD4">
        <w:rPr>
          <w:rFonts w:ascii="Times New Roman" w:hAnsi="Times New Roman" w:cs="Times New Roman"/>
          <w:sz w:val="24"/>
          <w:szCs w:val="24"/>
        </w:rPr>
        <w:t>memberikan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contoh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kasus</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studi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lapangan</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pernah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mereka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tangani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sehingga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dapat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melihat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penerapan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nyata</w:t>
      </w:r>
      <w:proofErr w:type="spellEnd"/>
      <w:r w:rsidRPr="001C6FD4">
        <w:rPr>
          <w:rFonts w:ascii="Times New Roman" w:hAnsi="Times New Roman" w:cs="Times New Roman"/>
          <w:sz w:val="24"/>
          <w:szCs w:val="24"/>
        </w:rPr>
        <w:t xml:space="preserve"> di </w:t>
      </w:r>
      <w:proofErr w:type="spellStart"/>
      <w:r w:rsidRPr="001C6FD4">
        <w:rPr>
          <w:rFonts w:ascii="Times New Roman" w:hAnsi="Times New Roman" w:cs="Times New Roman"/>
          <w:sz w:val="24"/>
          <w:szCs w:val="24"/>
        </w:rPr>
        <w:t>lingkungan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perguruan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w:t>
      </w:r>
    </w:p>
    <w:p w14:paraId="58DD2FC3" w14:textId="77777777" w:rsidR="00591BF9" w:rsidRPr="001C6FD4" w:rsidRDefault="00591BF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Selain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itu</w:t>
      </w:r>
      <w:proofErr w:type="spellEnd"/>
      <w:r w:rsidRPr="001C6FD4">
        <w:rPr>
          <w:rFonts w:ascii="Times New Roman" w:hAnsi="Times New Roman" w:cs="Times New Roman"/>
          <w:sz w:val="24"/>
          <w:szCs w:val="24"/>
        </w:rPr>
        <w:t xml:space="preserve">, Tim </w:t>
      </w:r>
      <w:proofErr w:type="spellStart"/>
      <w:r w:rsidRPr="001C6FD4">
        <w:rPr>
          <w:rFonts w:ascii="Times New Roman" w:hAnsi="Times New Roman" w:cs="Times New Roman"/>
          <w:sz w:val="24"/>
          <w:szCs w:val="24"/>
        </w:rPr>
        <w:t>Penjamin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USK </w:t>
      </w:r>
      <w:proofErr w:type="spellStart"/>
      <w:r w:rsidRPr="001C6FD4">
        <w:rPr>
          <w:rFonts w:ascii="Times New Roman" w:hAnsi="Times New Roman" w:cs="Times New Roman"/>
          <w:sz w:val="24"/>
          <w:szCs w:val="24"/>
        </w:rPr>
        <w:t>membimbing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penyusunan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instrumen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termasuk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pembuatan</w:t>
      </w:r>
      <w:proofErr w:type="spellEnd"/>
      <w:r w:rsidRPr="001C6FD4">
        <w:rPr>
          <w:rFonts w:ascii="Times New Roman" w:hAnsi="Times New Roman" w:cs="Times New Roman"/>
          <w:sz w:val="24"/>
          <w:szCs w:val="24"/>
        </w:rPr>
        <w:t xml:space="preserve"> checklist, </w:t>
      </w:r>
      <w:proofErr w:type="spellStart"/>
      <w:r w:rsidRPr="001C6FD4">
        <w:rPr>
          <w:rFonts w:ascii="Times New Roman" w:hAnsi="Times New Roman" w:cs="Times New Roman"/>
          <w:sz w:val="24"/>
          <w:szCs w:val="24"/>
        </w:rPr>
        <w:t>lembar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pemeriksaan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lastRenderedPageBreak/>
        <w:t>dokumen</w:t>
      </w:r>
      <w:proofErr w:type="spellEnd"/>
      <w:r w:rsidRPr="001C6FD4">
        <w:rPr>
          <w:rFonts w:ascii="Times New Roman" w:hAnsi="Times New Roman" w:cs="Times New Roman"/>
          <w:sz w:val="24"/>
          <w:szCs w:val="24"/>
        </w:rPr>
        <w:t xml:space="preserve">, dan format </w:t>
      </w:r>
      <w:proofErr w:type="spellStart"/>
      <w:r w:rsidRPr="001C6FD4">
        <w:rPr>
          <w:rFonts w:ascii="Times New Roman" w:hAnsi="Times New Roman" w:cs="Times New Roman"/>
          <w:sz w:val="24"/>
          <w:szCs w:val="24"/>
        </w:rPr>
        <w:t>laporan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hasil</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Mereka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menekankan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pentingnya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konsistensi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antara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indikator</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instrumen</w:t>
      </w:r>
      <w:proofErr w:type="spellEnd"/>
      <w:r w:rsidRPr="001C6FD4">
        <w:rPr>
          <w:rFonts w:ascii="Times New Roman" w:hAnsi="Times New Roman" w:cs="Times New Roman"/>
          <w:sz w:val="24"/>
          <w:szCs w:val="24"/>
        </w:rPr>
        <w:t xml:space="preserve"> audit agar </w:t>
      </w:r>
      <w:proofErr w:type="spellStart"/>
      <w:r w:rsidRPr="001C6FD4">
        <w:rPr>
          <w:rFonts w:ascii="Times New Roman" w:hAnsi="Times New Roman" w:cs="Times New Roman"/>
          <w:sz w:val="24"/>
          <w:szCs w:val="24"/>
        </w:rPr>
        <w:t>pelaksanaan</w:t>
      </w:r>
      <w:proofErr w:type="spellEnd"/>
      <w:r w:rsidRPr="001C6FD4">
        <w:rPr>
          <w:rFonts w:ascii="Times New Roman" w:hAnsi="Times New Roman" w:cs="Times New Roman"/>
          <w:sz w:val="24"/>
          <w:szCs w:val="24"/>
        </w:rPr>
        <w:t xml:space="preserve"> AMI </w:t>
      </w:r>
      <w:proofErr w:type="spellStart"/>
      <w:r w:rsidRPr="001C6FD4">
        <w:rPr>
          <w:rFonts w:ascii="Times New Roman" w:hAnsi="Times New Roman" w:cs="Times New Roman"/>
          <w:sz w:val="24"/>
          <w:szCs w:val="24"/>
        </w:rPr>
        <w:t>berjalan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efektif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juga </w:t>
      </w:r>
      <w:proofErr w:type="spellStart"/>
      <w:r w:rsidRPr="001C6FD4">
        <w:rPr>
          <w:rFonts w:ascii="Times New Roman" w:hAnsi="Times New Roman" w:cs="Times New Roman"/>
          <w:sz w:val="24"/>
          <w:szCs w:val="24"/>
        </w:rPr>
        <w:t>diajak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berlatih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menyusun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instrumen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langsung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sebagai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bagian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praktik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penguatan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kompetensi</w:t>
      </w:r>
      <w:proofErr w:type="spellEnd"/>
      <w:r w:rsidRPr="001C6FD4">
        <w:rPr>
          <w:rFonts w:ascii="Times New Roman" w:hAnsi="Times New Roman" w:cs="Times New Roman"/>
          <w:sz w:val="24"/>
          <w:szCs w:val="24"/>
        </w:rPr>
        <w:t>.</w:t>
      </w:r>
    </w:p>
    <w:p w14:paraId="44B9E07B" w14:textId="68FD4F6E" w:rsidR="00591BF9" w:rsidRPr="001C6FD4" w:rsidRDefault="00591BF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Materi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utama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ditutup</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penjelasan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mengenai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penyusunan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laporan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mulai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struktur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laporan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mengelompokkan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temuan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hingga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penyusunan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rekomendasi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tindak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lanjut</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konstruktif</w:t>
      </w:r>
      <w:proofErr w:type="spellEnd"/>
      <w:r w:rsidRPr="001C6FD4">
        <w:rPr>
          <w:rFonts w:ascii="Times New Roman" w:hAnsi="Times New Roman" w:cs="Times New Roman"/>
          <w:sz w:val="24"/>
          <w:szCs w:val="24"/>
        </w:rPr>
        <w:t xml:space="preserve">. Tim USK </w:t>
      </w:r>
      <w:proofErr w:type="spellStart"/>
      <w:r w:rsidRPr="001C6FD4">
        <w:rPr>
          <w:rFonts w:ascii="Times New Roman" w:hAnsi="Times New Roman" w:cs="Times New Roman"/>
          <w:sz w:val="24"/>
          <w:szCs w:val="24"/>
        </w:rPr>
        <w:t>menegaskan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bahwa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laporan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tidak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hanya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bersifat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evaluatif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tetapi</w:t>
      </w:r>
      <w:proofErr w:type="spellEnd"/>
      <w:r w:rsidRPr="001C6FD4">
        <w:rPr>
          <w:rFonts w:ascii="Times New Roman" w:hAnsi="Times New Roman" w:cs="Times New Roman"/>
          <w:sz w:val="24"/>
          <w:szCs w:val="24"/>
        </w:rPr>
        <w:t xml:space="preserve"> juga </w:t>
      </w:r>
      <w:proofErr w:type="spellStart"/>
      <w:r w:rsidRPr="001C6FD4">
        <w:rPr>
          <w:rFonts w:ascii="Times New Roman" w:hAnsi="Times New Roman" w:cs="Times New Roman"/>
          <w:sz w:val="24"/>
          <w:szCs w:val="24"/>
        </w:rPr>
        <w:t>harus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memberikan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nilai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tambah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bagi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institusi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meningkatkan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berkelanjutan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berlangsung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interaktif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banyak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pertanyaan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dijawab</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jelas</w:t>
      </w:r>
      <w:proofErr w:type="spellEnd"/>
      <w:r w:rsidRPr="001C6FD4">
        <w:rPr>
          <w:rFonts w:ascii="Times New Roman" w:hAnsi="Times New Roman" w:cs="Times New Roman"/>
          <w:sz w:val="24"/>
          <w:szCs w:val="24"/>
        </w:rPr>
        <w:t xml:space="preserve"> oleh </w:t>
      </w:r>
      <w:proofErr w:type="spellStart"/>
      <w:r w:rsidRPr="001C6FD4">
        <w:rPr>
          <w:rFonts w:ascii="Times New Roman" w:hAnsi="Times New Roman" w:cs="Times New Roman"/>
          <w:sz w:val="24"/>
          <w:szCs w:val="24"/>
        </w:rPr>
        <w:t>pemateri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menambah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pemahaman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mengenai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praktik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terbaik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AMI</w:t>
      </w:r>
    </w:p>
    <w:p w14:paraId="4B82C0FF" w14:textId="77777777" w:rsidR="00591BF9" w:rsidRPr="001C6FD4" w:rsidRDefault="00591BF9" w:rsidP="001C6FD4">
      <w:pPr>
        <w:pStyle w:val="DaftarParagraf"/>
        <w:ind w:left="0" w:firstLine="720"/>
        <w:jc w:val="both"/>
        <w:rPr>
          <w:rFonts w:ascii="Times New Roman" w:hAnsi="Times New Roman" w:cs="Times New Roman"/>
          <w:sz w:val="24"/>
          <w:szCs w:val="24"/>
        </w:rPr>
      </w:pPr>
    </w:p>
    <w:p w14:paraId="0602713D" w14:textId="510925A0" w:rsidR="00591BF9" w:rsidRPr="001C6FD4" w:rsidRDefault="00971AA8" w:rsidP="001C6FD4">
      <w:pPr>
        <w:pStyle w:val="DaftarParagraf"/>
        <w:numPr>
          <w:ilvl w:val="0"/>
          <w:numId w:val="13"/>
        </w:numPr>
        <w:rPr>
          <w:rFonts w:ascii="Times New Roman" w:hAnsi="Times New Roman" w:cs="Times New Roman"/>
          <w:sz w:val="24"/>
          <w:szCs w:val="24"/>
        </w:rPr>
      </w:pPr>
      <w:proofErr w:type="spellStart"/>
      <w:r w:rsidRPr="001C6FD4">
        <w:rPr>
          <w:rFonts w:ascii="Times New Roman" w:hAnsi="Times New Roman" w:cs="Times New Roman"/>
          <w:sz w:val="24"/>
          <w:szCs w:val="24"/>
        </w:rPr>
        <w:t>Diskusi</w:t>
      </w:r>
      <w:proofErr w:type="spellEnd"/>
      <w:r w:rsidRPr="001C6FD4">
        <w:rPr>
          <w:rFonts w:ascii="Times New Roman" w:hAnsi="Times New Roman" w:cs="Times New Roman"/>
          <w:sz w:val="24"/>
          <w:szCs w:val="24"/>
        </w:rPr>
        <w:t xml:space="preserve"> dan Tanya Jawab</w:t>
      </w:r>
    </w:p>
    <w:p w14:paraId="355A009F" w14:textId="66F5500D" w:rsidR="009E62E9" w:rsidRPr="001C6FD4" w:rsidRDefault="009E62E9" w:rsidP="001C6FD4">
      <w:pPr>
        <w:pStyle w:val="DaftarParagraf"/>
        <w:ind w:firstLine="720"/>
        <w:jc w:val="both"/>
        <w:rPr>
          <w:rFonts w:ascii="Times New Roman" w:hAnsi="Times New Roman" w:cs="Times New Roman"/>
          <w:sz w:val="24"/>
          <w:szCs w:val="24"/>
        </w:rPr>
      </w:pPr>
      <w:r w:rsidRPr="001C6FD4">
        <w:rPr>
          <w:rFonts w:ascii="Times New Roman" w:hAnsi="Times New Roman" w:cs="Times New Roman"/>
          <w:sz w:val="24"/>
          <w:szCs w:val="24"/>
        </w:rPr>
        <w:t xml:space="preserve">Pada </w:t>
      </w:r>
      <w:proofErr w:type="spellStart"/>
      <w:r w:rsidRPr="001C6FD4">
        <w:rPr>
          <w:rFonts w:ascii="Times New Roman" w:hAnsi="Times New Roman" w:cs="Times New Roman"/>
          <w:sz w:val="24"/>
          <w:szCs w:val="24"/>
        </w:rPr>
        <w:t>sesi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ini</w:t>
      </w:r>
      <w:proofErr w:type="spellEnd"/>
      <w:r w:rsidRPr="001C6FD4">
        <w:rPr>
          <w:rFonts w:ascii="Times New Roman" w:hAnsi="Times New Roman" w:cs="Times New Roman"/>
          <w:sz w:val="24"/>
          <w:szCs w:val="24"/>
        </w:rPr>
        <w:t xml:space="preserve">, para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diberikan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kesempatan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menyampaikan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pertanyaan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berbagi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pengalaman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mengonfirmasi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pemahaman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mereka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mengenai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penerapan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(AMI) di </w:t>
      </w:r>
      <w:proofErr w:type="spellStart"/>
      <w:r w:rsidRPr="001C6FD4">
        <w:rPr>
          <w:rFonts w:ascii="Times New Roman" w:hAnsi="Times New Roman" w:cs="Times New Roman"/>
          <w:sz w:val="24"/>
          <w:szCs w:val="24"/>
        </w:rPr>
        <w:t>lingkungan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perguruan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 xml:space="preserve"> masing-masing. </w:t>
      </w:r>
      <w:proofErr w:type="spellStart"/>
      <w:r w:rsidRPr="001C6FD4">
        <w:rPr>
          <w:rFonts w:ascii="Times New Roman" w:hAnsi="Times New Roman" w:cs="Times New Roman"/>
          <w:sz w:val="24"/>
          <w:szCs w:val="24"/>
        </w:rPr>
        <w:t>Suasana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diskusi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berjalan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dinamis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ditandai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antusiasme</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menggali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lebih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jauh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konsep</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teknik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tantangan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implementasi</w:t>
      </w:r>
      <w:proofErr w:type="spellEnd"/>
      <w:r w:rsidRPr="001C6FD4">
        <w:rPr>
          <w:rFonts w:ascii="Times New Roman" w:hAnsi="Times New Roman" w:cs="Times New Roman"/>
          <w:sz w:val="24"/>
          <w:szCs w:val="24"/>
        </w:rPr>
        <w:t xml:space="preserve"> SPMI.</w:t>
      </w:r>
    </w:p>
    <w:p w14:paraId="58D6A415" w14:textId="77777777" w:rsidR="009E62E9" w:rsidRPr="001C6FD4" w:rsidRDefault="009E62E9" w:rsidP="001C6FD4">
      <w:pPr>
        <w:pStyle w:val="DaftarParagraf"/>
        <w:ind w:firstLine="720"/>
        <w:jc w:val="both"/>
        <w:rPr>
          <w:rFonts w:ascii="Times New Roman" w:hAnsi="Times New Roman" w:cs="Times New Roman"/>
          <w:sz w:val="24"/>
          <w:szCs w:val="24"/>
        </w:rPr>
      </w:pPr>
      <w:r w:rsidRPr="001C6FD4">
        <w:rPr>
          <w:rFonts w:ascii="Times New Roman" w:hAnsi="Times New Roman" w:cs="Times New Roman"/>
          <w:sz w:val="24"/>
          <w:szCs w:val="24"/>
        </w:rPr>
        <w:t xml:space="preserve">Khairul Fahmi, salah </w:t>
      </w:r>
      <w:proofErr w:type="spellStart"/>
      <w:r w:rsidRPr="001C6FD4">
        <w:rPr>
          <w:rFonts w:ascii="Times New Roman" w:hAnsi="Times New Roman" w:cs="Times New Roman"/>
          <w:sz w:val="24"/>
          <w:szCs w:val="24"/>
        </w:rPr>
        <w:t>satu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delegasi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STIT Al-</w:t>
      </w:r>
      <w:proofErr w:type="spellStart"/>
      <w:r w:rsidRPr="001C6FD4">
        <w:rPr>
          <w:rFonts w:ascii="Times New Roman" w:hAnsi="Times New Roman" w:cs="Times New Roman"/>
          <w:sz w:val="24"/>
          <w:szCs w:val="24"/>
        </w:rPr>
        <w:t>Hilal</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Sigli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aktif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mengajukan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pertanyaan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terkait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mekanisme</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penentuan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indikator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sering</w:t>
      </w:r>
      <w:proofErr w:type="spellEnd"/>
      <w:r w:rsidRPr="001C6FD4">
        <w:rPr>
          <w:rFonts w:ascii="Times New Roman" w:hAnsi="Times New Roman" w:cs="Times New Roman"/>
          <w:sz w:val="24"/>
          <w:szCs w:val="24"/>
        </w:rPr>
        <w:t xml:space="preserve"> kali </w:t>
      </w:r>
      <w:proofErr w:type="spellStart"/>
      <w:r w:rsidRPr="001C6FD4">
        <w:rPr>
          <w:rFonts w:ascii="Times New Roman" w:hAnsi="Times New Roman" w:cs="Times New Roman"/>
          <w:sz w:val="24"/>
          <w:szCs w:val="24"/>
        </w:rPr>
        <w:t>berbeda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antara</w:t>
      </w:r>
      <w:proofErr w:type="spellEnd"/>
      <w:r w:rsidRPr="001C6FD4">
        <w:rPr>
          <w:rFonts w:ascii="Times New Roman" w:hAnsi="Times New Roman" w:cs="Times New Roman"/>
          <w:sz w:val="24"/>
          <w:szCs w:val="24"/>
        </w:rPr>
        <w:t xml:space="preserve"> program </w:t>
      </w:r>
      <w:proofErr w:type="spellStart"/>
      <w:r w:rsidRPr="001C6FD4">
        <w:rPr>
          <w:rFonts w:ascii="Times New Roman" w:hAnsi="Times New Roman" w:cs="Times New Roman"/>
          <w:sz w:val="24"/>
          <w:szCs w:val="24"/>
        </w:rPr>
        <w:t>studi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satu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yang lain. </w:t>
      </w:r>
      <w:proofErr w:type="spellStart"/>
      <w:r w:rsidRPr="001C6FD4">
        <w:rPr>
          <w:rFonts w:ascii="Times New Roman" w:hAnsi="Times New Roman" w:cs="Times New Roman"/>
          <w:sz w:val="24"/>
          <w:szCs w:val="24"/>
        </w:rPr>
        <w: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menanyakan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bagaimana</w:t>
      </w:r>
      <w:proofErr w:type="spellEnd"/>
      <w:r w:rsidRPr="001C6FD4">
        <w:rPr>
          <w:rFonts w:ascii="Times New Roman" w:hAnsi="Times New Roman" w:cs="Times New Roman"/>
          <w:sz w:val="24"/>
          <w:szCs w:val="24"/>
        </w:rPr>
        <w:t xml:space="preserve"> auditor </w:t>
      </w:r>
      <w:proofErr w:type="spellStart"/>
      <w:r w:rsidRPr="001C6FD4">
        <w:rPr>
          <w:rFonts w:ascii="Times New Roman" w:hAnsi="Times New Roman" w:cs="Times New Roman"/>
          <w:sz w:val="24"/>
          <w:szCs w:val="24"/>
        </w:rPr>
        <w:t>dapat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memastikan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objektivitas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ketika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berhadapan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ditetapkan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internal oleh </w:t>
      </w:r>
      <w:proofErr w:type="spellStart"/>
      <w:r w:rsidRPr="001C6FD4">
        <w:rPr>
          <w:rFonts w:ascii="Times New Roman" w:hAnsi="Times New Roman" w:cs="Times New Roman"/>
          <w:sz w:val="24"/>
          <w:szCs w:val="24"/>
        </w:rPr>
        <w:t>institusi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Pertanyaan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tersebut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mendapatkan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tanggapan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narasumber</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menjelaskan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bahwa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objektivitas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dapat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dijaga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mengacu</w:t>
      </w:r>
      <w:proofErr w:type="spellEnd"/>
      <w:r w:rsidRPr="001C6FD4">
        <w:rPr>
          <w:rFonts w:ascii="Times New Roman" w:hAnsi="Times New Roman" w:cs="Times New Roman"/>
          <w:sz w:val="24"/>
          <w:szCs w:val="24"/>
        </w:rPr>
        <w:t xml:space="preserve"> pada </w:t>
      </w:r>
      <w:proofErr w:type="spellStart"/>
      <w:r w:rsidRPr="001C6FD4">
        <w:rPr>
          <w:rFonts w:ascii="Times New Roman" w:hAnsi="Times New Roman" w:cs="Times New Roman"/>
          <w:sz w:val="24"/>
          <w:szCs w:val="24"/>
        </w:rPr>
        <w:t>dokumen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bukti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objektif</w:t>
      </w:r>
      <w:proofErr w:type="spellEnd"/>
      <w:r w:rsidRPr="001C6FD4">
        <w:rPr>
          <w:rFonts w:ascii="Times New Roman" w:hAnsi="Times New Roman" w:cs="Times New Roman"/>
          <w:sz w:val="24"/>
          <w:szCs w:val="24"/>
        </w:rPr>
        <w:t xml:space="preserve"> (objective evidence),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penggunaan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instrumen</w:t>
      </w:r>
      <w:proofErr w:type="spellEnd"/>
      <w:r w:rsidRPr="001C6FD4">
        <w:rPr>
          <w:rFonts w:ascii="Times New Roman" w:hAnsi="Times New Roman" w:cs="Times New Roman"/>
          <w:sz w:val="24"/>
          <w:szCs w:val="24"/>
        </w:rPr>
        <w:t xml:space="preserve"> audit yang </w:t>
      </w:r>
      <w:proofErr w:type="spellStart"/>
      <w:r w:rsidRPr="001C6FD4">
        <w:rPr>
          <w:rFonts w:ascii="Times New Roman" w:hAnsi="Times New Roman" w:cs="Times New Roman"/>
          <w:sz w:val="24"/>
          <w:szCs w:val="24"/>
        </w:rPr>
        <w:t>konsisten</w:t>
      </w:r>
      <w:proofErr w:type="spellEnd"/>
      <w:r w:rsidRPr="001C6FD4">
        <w:rPr>
          <w:rFonts w:ascii="Times New Roman" w:hAnsi="Times New Roman" w:cs="Times New Roman"/>
          <w:sz w:val="24"/>
          <w:szCs w:val="24"/>
        </w:rPr>
        <w:t>.</w:t>
      </w:r>
    </w:p>
    <w:p w14:paraId="4A8BEA82" w14:textId="77777777" w:rsidR="009E62E9" w:rsidRPr="001C6FD4" w:rsidRDefault="009E62E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Sementara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Syifa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Mardhiah</w:t>
      </w:r>
      <w:proofErr w:type="spellEnd"/>
      <w:r w:rsidRPr="001C6FD4">
        <w:rPr>
          <w:rFonts w:ascii="Times New Roman" w:hAnsi="Times New Roman" w:cs="Times New Roman"/>
          <w:sz w:val="24"/>
          <w:szCs w:val="24"/>
        </w:rPr>
        <w:t xml:space="preserve"> juga </w:t>
      </w:r>
      <w:proofErr w:type="spellStart"/>
      <w:r w:rsidRPr="001C6FD4">
        <w:rPr>
          <w:rFonts w:ascii="Times New Roman" w:hAnsi="Times New Roman" w:cs="Times New Roman"/>
          <w:sz w:val="24"/>
          <w:szCs w:val="24"/>
        </w:rPr>
        <w:t>turut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berpartisipasi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menyampaikan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pertanyaan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mengenai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teknik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wawancara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proses audit, </w:t>
      </w:r>
      <w:proofErr w:type="spellStart"/>
      <w:r w:rsidRPr="001C6FD4">
        <w:rPr>
          <w:rFonts w:ascii="Times New Roman" w:hAnsi="Times New Roman" w:cs="Times New Roman"/>
          <w:sz w:val="24"/>
          <w:szCs w:val="24"/>
        </w:rPr>
        <w:t>khususnya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bagaimana</w:t>
      </w:r>
      <w:proofErr w:type="spellEnd"/>
      <w:r w:rsidRPr="001C6FD4">
        <w:rPr>
          <w:rFonts w:ascii="Times New Roman" w:hAnsi="Times New Roman" w:cs="Times New Roman"/>
          <w:sz w:val="24"/>
          <w:szCs w:val="24"/>
        </w:rPr>
        <w:t xml:space="preserve"> auditor </w:t>
      </w:r>
      <w:proofErr w:type="spellStart"/>
      <w:r w:rsidRPr="001C6FD4">
        <w:rPr>
          <w:rFonts w:ascii="Times New Roman" w:hAnsi="Times New Roman" w:cs="Times New Roman"/>
          <w:sz w:val="24"/>
          <w:szCs w:val="24"/>
        </w:rPr>
        <w:t>harus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bersikap</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ketika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menemui</w:t>
      </w:r>
      <w:proofErr w:type="spellEnd"/>
      <w:r w:rsidRPr="001C6FD4">
        <w:rPr>
          <w:rFonts w:ascii="Times New Roman" w:hAnsi="Times New Roman" w:cs="Times New Roman"/>
          <w:sz w:val="24"/>
          <w:szCs w:val="24"/>
        </w:rPr>
        <w:t xml:space="preserve"> auditee yang </w:t>
      </w:r>
      <w:proofErr w:type="spellStart"/>
      <w:r w:rsidRPr="001C6FD4">
        <w:rPr>
          <w:rFonts w:ascii="Times New Roman" w:hAnsi="Times New Roman" w:cs="Times New Roman"/>
          <w:sz w:val="24"/>
          <w:szCs w:val="24"/>
        </w:rPr>
        <w:t>kurang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kooperatif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atau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memberikan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informasi</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tidak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sepenuhnya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jelas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Pemateri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menjelaskan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bahwa</w:t>
      </w:r>
      <w:proofErr w:type="spellEnd"/>
      <w:r w:rsidRPr="001C6FD4">
        <w:rPr>
          <w:rFonts w:ascii="Times New Roman" w:hAnsi="Times New Roman" w:cs="Times New Roman"/>
          <w:sz w:val="24"/>
          <w:szCs w:val="24"/>
        </w:rPr>
        <w:t xml:space="preserve"> auditor </w:t>
      </w:r>
      <w:proofErr w:type="spellStart"/>
      <w:r w:rsidRPr="001C6FD4">
        <w:rPr>
          <w:rFonts w:ascii="Times New Roman" w:hAnsi="Times New Roman" w:cs="Times New Roman"/>
          <w:sz w:val="24"/>
          <w:szCs w:val="24"/>
        </w:rPr>
        <w:t>harus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mengedepankan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etika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komunikasi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efektif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teknik</w:t>
      </w:r>
      <w:proofErr w:type="spellEnd"/>
      <w:r w:rsidRPr="001C6FD4">
        <w:rPr>
          <w:rFonts w:ascii="Times New Roman" w:hAnsi="Times New Roman" w:cs="Times New Roman"/>
          <w:sz w:val="24"/>
          <w:szCs w:val="24"/>
        </w:rPr>
        <w:t xml:space="preserve"> probing yang </w:t>
      </w:r>
      <w:proofErr w:type="spellStart"/>
      <w:r w:rsidRPr="001C6FD4">
        <w:rPr>
          <w:rFonts w:ascii="Times New Roman" w:hAnsi="Times New Roman" w:cs="Times New Roman"/>
          <w:sz w:val="24"/>
          <w:szCs w:val="24"/>
        </w:rPr>
        <w:t>tepat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sehingga</w:t>
      </w:r>
      <w:proofErr w:type="spellEnd"/>
      <w:r w:rsidRPr="001C6FD4">
        <w:rPr>
          <w:rFonts w:ascii="Times New Roman" w:hAnsi="Times New Roman" w:cs="Times New Roman"/>
          <w:sz w:val="24"/>
          <w:szCs w:val="24"/>
        </w:rPr>
        <w:t xml:space="preserve"> data yang </w:t>
      </w:r>
      <w:proofErr w:type="spellStart"/>
      <w:r w:rsidRPr="001C6FD4">
        <w:rPr>
          <w:rFonts w:ascii="Times New Roman" w:hAnsi="Times New Roman" w:cs="Times New Roman"/>
          <w:sz w:val="24"/>
          <w:szCs w:val="24"/>
        </w:rPr>
        <w:t>diperoleh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tetap</w:t>
      </w:r>
      <w:proofErr w:type="spellEnd"/>
      <w:r w:rsidRPr="001C6FD4">
        <w:rPr>
          <w:rFonts w:ascii="Times New Roman" w:hAnsi="Times New Roman" w:cs="Times New Roman"/>
          <w:sz w:val="24"/>
          <w:szCs w:val="24"/>
        </w:rPr>
        <w:t xml:space="preserve"> valid </w:t>
      </w:r>
      <w:proofErr w:type="spellStart"/>
      <w:r w:rsidRPr="001C6FD4">
        <w:rPr>
          <w:rFonts w:ascii="Times New Roman" w:hAnsi="Times New Roman" w:cs="Times New Roman"/>
          <w:sz w:val="24"/>
          <w:szCs w:val="24"/>
        </w:rPr>
        <w:t>tanpa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menimbulkan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resistensi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auditee.</w:t>
      </w:r>
    </w:p>
    <w:p w14:paraId="05C32277" w14:textId="485045A0" w:rsidR="00591BF9" w:rsidRPr="001C6FD4" w:rsidRDefault="009E62E9" w:rsidP="001C6FD4">
      <w:pPr>
        <w:pStyle w:val="DaftarParagraf"/>
        <w:ind w:firstLine="720"/>
        <w:jc w:val="both"/>
        <w:rPr>
          <w:rFonts w:ascii="Times New Roman" w:hAnsi="Times New Roman" w:cs="Times New Roman"/>
          <w:sz w:val="24"/>
          <w:szCs w:val="24"/>
        </w:rPr>
      </w:pPr>
      <w:proofErr w:type="spellStart"/>
      <w:r w:rsidRPr="001C6FD4">
        <w:rPr>
          <w:rFonts w:ascii="Times New Roman" w:hAnsi="Times New Roman" w:cs="Times New Roman"/>
          <w:sz w:val="24"/>
          <w:szCs w:val="24"/>
        </w:rPr>
        <w:t>Selain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kedua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tersebut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diskusi</w:t>
      </w:r>
      <w:proofErr w:type="spellEnd"/>
      <w:r w:rsidRPr="001C6FD4">
        <w:rPr>
          <w:rFonts w:ascii="Times New Roman" w:hAnsi="Times New Roman" w:cs="Times New Roman"/>
          <w:sz w:val="24"/>
          <w:szCs w:val="24"/>
        </w:rPr>
        <w:t xml:space="preserve"> juga </w:t>
      </w:r>
      <w:proofErr w:type="spellStart"/>
      <w:r w:rsidRPr="001C6FD4">
        <w:rPr>
          <w:rFonts w:ascii="Times New Roman" w:hAnsi="Times New Roman" w:cs="Times New Roman"/>
          <w:sz w:val="24"/>
          <w:szCs w:val="24"/>
        </w:rPr>
        <w:t>berlangsung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antara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lainnya</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mengangkat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isu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seperti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tantangan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dokumentasi</w:t>
      </w:r>
      <w:proofErr w:type="spellEnd"/>
      <w:r w:rsidRPr="001C6FD4">
        <w:rPr>
          <w:rFonts w:ascii="Times New Roman" w:hAnsi="Times New Roman" w:cs="Times New Roman"/>
          <w:sz w:val="24"/>
          <w:szCs w:val="24"/>
        </w:rPr>
        <w:t xml:space="preserve"> SPMI, </w:t>
      </w:r>
      <w:proofErr w:type="spellStart"/>
      <w:r w:rsidRPr="001C6FD4">
        <w:rPr>
          <w:rFonts w:ascii="Times New Roman" w:hAnsi="Times New Roman" w:cs="Times New Roman"/>
          <w:sz w:val="24"/>
          <w:szCs w:val="24"/>
        </w:rPr>
        <w:t>integrasi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instrumen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praktik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penyusunan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laporan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temuan</w:t>
      </w:r>
      <w:proofErr w:type="spellEnd"/>
      <w:r w:rsidRPr="001C6FD4">
        <w:rPr>
          <w:rFonts w:ascii="Times New Roman" w:hAnsi="Times New Roman" w:cs="Times New Roman"/>
          <w:sz w:val="24"/>
          <w:szCs w:val="24"/>
        </w:rPr>
        <w:t xml:space="preserve">. Khairul Fahmi dan </w:t>
      </w:r>
      <w:proofErr w:type="spellStart"/>
      <w:r w:rsidRPr="001C6FD4">
        <w:rPr>
          <w:rFonts w:ascii="Times New Roman" w:hAnsi="Times New Roman" w:cs="Times New Roman"/>
          <w:sz w:val="24"/>
          <w:szCs w:val="24"/>
        </w:rPr>
        <w:t>Syifa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Mardhiah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turut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berdialog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lain </w:t>
      </w:r>
      <w:proofErr w:type="spellStart"/>
      <w:r w:rsidRPr="001C6FD4">
        <w:rPr>
          <w:rFonts w:ascii="Times New Roman" w:hAnsi="Times New Roman" w:cs="Times New Roman"/>
          <w:sz w:val="24"/>
          <w:szCs w:val="24"/>
        </w:rPr>
        <w:t>mengenai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pengalaman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lapangan</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praktik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terbaik</w:t>
      </w:r>
      <w:proofErr w:type="spellEnd"/>
      <w:r w:rsidRPr="001C6FD4">
        <w:rPr>
          <w:rFonts w:ascii="Times New Roman" w:hAnsi="Times New Roman" w:cs="Times New Roman"/>
          <w:sz w:val="24"/>
          <w:szCs w:val="24"/>
        </w:rPr>
        <w:t xml:space="preserve"> (best practices)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penjaminan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w:t>
      </w:r>
    </w:p>
    <w:p w14:paraId="1A7CF686" w14:textId="77777777" w:rsidR="00002BE4" w:rsidRPr="001C6FD4" w:rsidRDefault="00002BE4" w:rsidP="001C6FD4">
      <w:pPr>
        <w:pStyle w:val="DaftarParagraf"/>
        <w:ind w:left="0" w:firstLine="720"/>
        <w:jc w:val="both"/>
        <w:rPr>
          <w:rFonts w:ascii="Times New Roman" w:hAnsi="Times New Roman" w:cs="Times New Roman"/>
          <w:sz w:val="24"/>
          <w:szCs w:val="24"/>
        </w:rPr>
      </w:pPr>
    </w:p>
    <w:p w14:paraId="016EAA8E" w14:textId="137AD998" w:rsidR="00002BE4" w:rsidRPr="001C6FD4" w:rsidRDefault="00971AA8" w:rsidP="001C6FD4">
      <w:pPr>
        <w:pStyle w:val="DaftarParagraf"/>
        <w:numPr>
          <w:ilvl w:val="0"/>
          <w:numId w:val="10"/>
        </w:numPr>
        <w:ind w:left="426" w:hanging="426"/>
        <w:rPr>
          <w:rFonts w:ascii="Times New Roman" w:hAnsi="Times New Roman" w:cs="Times New Roman"/>
          <w:b/>
          <w:bCs/>
          <w:sz w:val="24"/>
          <w:szCs w:val="24"/>
        </w:rPr>
      </w:pPr>
      <w:r w:rsidRPr="001C6FD4">
        <w:rPr>
          <w:rFonts w:ascii="Times New Roman" w:hAnsi="Times New Roman" w:cs="Times New Roman"/>
          <w:b/>
          <w:bCs/>
          <w:sz w:val="24"/>
          <w:szCs w:val="24"/>
        </w:rPr>
        <w:t xml:space="preserve">Hasil dan </w:t>
      </w:r>
      <w:proofErr w:type="spellStart"/>
      <w:r w:rsidRPr="001C6FD4">
        <w:rPr>
          <w:rFonts w:ascii="Times New Roman" w:hAnsi="Times New Roman" w:cs="Times New Roman"/>
          <w:b/>
          <w:bCs/>
          <w:sz w:val="24"/>
          <w:szCs w:val="24"/>
        </w:rPr>
        <w:t>Manfaat</w:t>
      </w:r>
      <w:proofErr w:type="spellEnd"/>
      <w:r w:rsidRPr="001C6FD4">
        <w:rPr>
          <w:rFonts w:ascii="Times New Roman" w:hAnsi="Times New Roman" w:cs="Times New Roman"/>
          <w:b/>
          <w:bCs/>
          <w:sz w:val="24"/>
          <w:szCs w:val="24"/>
        </w:rPr>
        <w:t xml:space="preserve"> yang </w:t>
      </w:r>
      <w:proofErr w:type="spellStart"/>
      <w:r w:rsidRPr="001C6FD4">
        <w:rPr>
          <w:rFonts w:ascii="Times New Roman" w:hAnsi="Times New Roman" w:cs="Times New Roman"/>
          <w:b/>
          <w:bCs/>
          <w:sz w:val="24"/>
          <w:szCs w:val="24"/>
        </w:rPr>
        <w:t>Diperoleh</w:t>
      </w:r>
      <w:proofErr w:type="spellEnd"/>
    </w:p>
    <w:p w14:paraId="178BE422" w14:textId="77777777" w:rsidR="009E62E9" w:rsidRPr="001C6FD4" w:rsidRDefault="009E62E9" w:rsidP="001C6FD4">
      <w:pPr>
        <w:pStyle w:val="DaftarParagraf"/>
        <w:ind w:firstLine="709"/>
        <w:jc w:val="both"/>
        <w:rPr>
          <w:rFonts w:ascii="Times New Roman" w:hAnsi="Times New Roman" w:cs="Times New Roman"/>
          <w:sz w:val="24"/>
          <w:szCs w:val="24"/>
        </w:rPr>
      </w:pP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(AMI–SPMI) </w:t>
      </w:r>
      <w:proofErr w:type="spellStart"/>
      <w:r w:rsidRPr="001C6FD4">
        <w:rPr>
          <w:rFonts w:ascii="Times New Roman" w:hAnsi="Times New Roman" w:cs="Times New Roman"/>
          <w:sz w:val="24"/>
          <w:szCs w:val="24"/>
        </w:rPr>
        <w:t>memberikan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manfaat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signifikan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bagi</w:t>
      </w:r>
      <w:proofErr w:type="spellEnd"/>
      <w:r w:rsidRPr="001C6FD4">
        <w:rPr>
          <w:rFonts w:ascii="Times New Roman" w:hAnsi="Times New Roman" w:cs="Times New Roman"/>
          <w:sz w:val="24"/>
          <w:szCs w:val="24"/>
        </w:rPr>
        <w:t xml:space="preserve"> para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maupun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institusi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terutama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memperkuat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pelaksanaan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Sistem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Penjaminan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di </w:t>
      </w:r>
      <w:proofErr w:type="spellStart"/>
      <w:r w:rsidRPr="001C6FD4">
        <w:rPr>
          <w:rFonts w:ascii="Times New Roman" w:hAnsi="Times New Roman" w:cs="Times New Roman"/>
          <w:sz w:val="24"/>
          <w:szCs w:val="24"/>
        </w:rPr>
        <w:t>lingkungan</w:t>
      </w:r>
      <w:proofErr w:type="spellEnd"/>
      <w:r w:rsidRPr="001C6FD4">
        <w:rPr>
          <w:rFonts w:ascii="Times New Roman" w:hAnsi="Times New Roman" w:cs="Times New Roman"/>
          <w:sz w:val="24"/>
          <w:szCs w:val="24"/>
        </w:rPr>
        <w:t xml:space="preserve"> PTKIS. </w:t>
      </w:r>
      <w:proofErr w:type="spellStart"/>
      <w:r w:rsidRPr="001C6FD4">
        <w:rPr>
          <w:rFonts w:ascii="Times New Roman" w:hAnsi="Times New Roman" w:cs="Times New Roman"/>
          <w:sz w:val="24"/>
          <w:szCs w:val="24"/>
        </w:rPr>
        <w:t>Melalui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memperoleh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pemahaman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mengenai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konsep</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dasar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regulasi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mekanisme</w:t>
      </w:r>
      <w:proofErr w:type="spellEnd"/>
      <w:r w:rsidRPr="001C6FD4">
        <w:rPr>
          <w:rFonts w:ascii="Times New Roman" w:hAnsi="Times New Roman" w:cs="Times New Roman"/>
          <w:sz w:val="24"/>
          <w:szCs w:val="24"/>
        </w:rPr>
        <w:t xml:space="preserve"> audit internal yang </w:t>
      </w:r>
      <w:proofErr w:type="spellStart"/>
      <w:r w:rsidRPr="001C6FD4">
        <w:rPr>
          <w:rFonts w:ascii="Times New Roman" w:hAnsi="Times New Roman" w:cs="Times New Roman"/>
          <w:sz w:val="24"/>
          <w:szCs w:val="24"/>
        </w:rPr>
        <w:t>menjadi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penjaminan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pendidikan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w:t>
      </w:r>
    </w:p>
    <w:p w14:paraId="1E0A00CF" w14:textId="77777777" w:rsidR="009E62E9" w:rsidRPr="001C6FD4" w:rsidRDefault="009E62E9" w:rsidP="001C6FD4">
      <w:pPr>
        <w:pStyle w:val="DaftarParagraf"/>
        <w:ind w:firstLine="709"/>
        <w:jc w:val="both"/>
        <w:rPr>
          <w:rFonts w:ascii="Times New Roman" w:hAnsi="Times New Roman" w:cs="Times New Roman"/>
          <w:sz w:val="24"/>
          <w:szCs w:val="24"/>
        </w:rPr>
      </w:pPr>
      <w:proofErr w:type="spellStart"/>
      <w:r w:rsidRPr="001C6FD4">
        <w:rPr>
          <w:rFonts w:ascii="Times New Roman" w:hAnsi="Times New Roman" w:cs="Times New Roman"/>
          <w:sz w:val="24"/>
          <w:szCs w:val="24"/>
        </w:rPr>
        <w:t>Manfaat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pertama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adalah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peningkatan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kompetensi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melaksanakan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profesional</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belajar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mengenali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standar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menganalisis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bukti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mengelola</w:t>
      </w:r>
      <w:proofErr w:type="spellEnd"/>
      <w:r w:rsidRPr="001C6FD4">
        <w:rPr>
          <w:rFonts w:ascii="Times New Roman" w:hAnsi="Times New Roman" w:cs="Times New Roman"/>
          <w:sz w:val="24"/>
          <w:szCs w:val="24"/>
        </w:rPr>
        <w:t xml:space="preserve"> proses audit </w:t>
      </w:r>
      <w:proofErr w:type="spellStart"/>
      <w:r w:rsidRPr="001C6FD4">
        <w:rPr>
          <w:rFonts w:ascii="Times New Roman" w:hAnsi="Times New Roman" w:cs="Times New Roman"/>
          <w:sz w:val="24"/>
          <w:szCs w:val="24"/>
        </w:rPr>
        <w:t>mulai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perencanaan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hingga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penyusunan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laporan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Keterampilan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menjadi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bekal</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penting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bagi</w:t>
      </w:r>
      <w:proofErr w:type="spellEnd"/>
      <w:r w:rsidRPr="001C6FD4">
        <w:rPr>
          <w:rFonts w:ascii="Times New Roman" w:hAnsi="Times New Roman" w:cs="Times New Roman"/>
          <w:sz w:val="24"/>
          <w:szCs w:val="24"/>
        </w:rPr>
        <w:t xml:space="preserve"> auditor internal agar </w:t>
      </w:r>
      <w:proofErr w:type="spellStart"/>
      <w:r w:rsidRPr="001C6FD4">
        <w:rPr>
          <w:rFonts w:ascii="Times New Roman" w:hAnsi="Times New Roman" w:cs="Times New Roman"/>
          <w:sz w:val="24"/>
          <w:szCs w:val="24"/>
        </w:rPr>
        <w:t>dapat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bekerja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objektif</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sistematis</w:t>
      </w:r>
      <w:proofErr w:type="spellEnd"/>
      <w:r w:rsidRPr="001C6FD4">
        <w:rPr>
          <w:rFonts w:ascii="Times New Roman" w:hAnsi="Times New Roman" w:cs="Times New Roman"/>
          <w:sz w:val="24"/>
          <w:szCs w:val="24"/>
        </w:rPr>
        <w:t>.</w:t>
      </w:r>
    </w:p>
    <w:p w14:paraId="4D245E65" w14:textId="49E98116" w:rsidR="009E62E9" w:rsidRPr="001C6FD4" w:rsidRDefault="009E62E9" w:rsidP="001C6FD4">
      <w:pPr>
        <w:pStyle w:val="DaftarParagraf"/>
        <w:ind w:firstLine="709"/>
        <w:jc w:val="both"/>
        <w:rPr>
          <w:rFonts w:ascii="Times New Roman" w:hAnsi="Times New Roman" w:cs="Times New Roman"/>
          <w:sz w:val="24"/>
          <w:szCs w:val="24"/>
        </w:rPr>
      </w:pPr>
      <w:proofErr w:type="spellStart"/>
      <w:r w:rsidRPr="001C6FD4">
        <w:rPr>
          <w:rFonts w:ascii="Times New Roman" w:hAnsi="Times New Roman" w:cs="Times New Roman"/>
          <w:sz w:val="24"/>
          <w:szCs w:val="24"/>
        </w:rPr>
        <w:t>Manfaat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selanjutnya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adalah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penguatan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kemampuan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analisis</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evaluasi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Melalui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simulasi</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praktik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langsung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terlatih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mengidentifikasi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ketidaksesuaian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menyusun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temuan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merumuskan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rekomendasi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perbaikan</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konstruktif</w:t>
      </w:r>
      <w:proofErr w:type="spellEnd"/>
      <w:r w:rsidRPr="001C6FD4">
        <w:rPr>
          <w:rFonts w:ascii="Times New Roman" w:hAnsi="Times New Roman" w:cs="Times New Roman"/>
          <w:sz w:val="24"/>
          <w:szCs w:val="24"/>
        </w:rPr>
        <w:t xml:space="preserve">. Hal </w:t>
      </w:r>
      <w:proofErr w:type="spellStart"/>
      <w:r w:rsidRPr="001C6FD4">
        <w:rPr>
          <w:rFonts w:ascii="Times New Roman" w:hAnsi="Times New Roman" w:cs="Times New Roman"/>
          <w:sz w:val="24"/>
          <w:szCs w:val="24"/>
        </w:rPr>
        <w:t>ini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membantu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perguruan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meningkatkan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layanan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akademik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maupun</w:t>
      </w:r>
      <w:proofErr w:type="spellEnd"/>
      <w:r w:rsidRPr="001C6FD4">
        <w:rPr>
          <w:rFonts w:ascii="Times New Roman" w:hAnsi="Times New Roman" w:cs="Times New Roman"/>
          <w:sz w:val="24"/>
          <w:szCs w:val="24"/>
        </w:rPr>
        <w:t xml:space="preserve"> tata </w:t>
      </w:r>
      <w:proofErr w:type="spellStart"/>
      <w:r w:rsidRPr="001C6FD4">
        <w:rPr>
          <w:rFonts w:ascii="Times New Roman" w:hAnsi="Times New Roman" w:cs="Times New Roman"/>
          <w:sz w:val="24"/>
          <w:szCs w:val="24"/>
        </w:rPr>
        <w:t>kelola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institusi</w:t>
      </w:r>
      <w:proofErr w:type="spellEnd"/>
      <w:r w:rsidRPr="001C6FD4">
        <w:rPr>
          <w:rFonts w:ascii="Times New Roman" w:hAnsi="Times New Roman" w:cs="Times New Roman"/>
          <w:sz w:val="24"/>
          <w:szCs w:val="24"/>
        </w:rPr>
        <w:t>.</w:t>
      </w:r>
    </w:p>
    <w:p w14:paraId="7DC6C211" w14:textId="77777777" w:rsidR="00002BE4" w:rsidRPr="001C6FD4" w:rsidRDefault="00002BE4" w:rsidP="001C6FD4">
      <w:pPr>
        <w:pStyle w:val="DaftarParagraf"/>
        <w:ind w:left="0" w:firstLine="709"/>
        <w:jc w:val="both"/>
        <w:rPr>
          <w:rFonts w:ascii="Times New Roman" w:hAnsi="Times New Roman" w:cs="Times New Roman"/>
          <w:sz w:val="24"/>
          <w:szCs w:val="24"/>
        </w:rPr>
      </w:pPr>
    </w:p>
    <w:p w14:paraId="5968E214" w14:textId="77777777" w:rsidR="00002BE4" w:rsidRPr="001C6FD4" w:rsidRDefault="00971AA8" w:rsidP="001C6FD4">
      <w:pPr>
        <w:pStyle w:val="DaftarParagraf"/>
        <w:numPr>
          <w:ilvl w:val="0"/>
          <w:numId w:val="10"/>
        </w:numPr>
        <w:ind w:left="426" w:hanging="426"/>
        <w:rPr>
          <w:rFonts w:ascii="Times New Roman" w:hAnsi="Times New Roman" w:cs="Times New Roman"/>
          <w:b/>
          <w:bCs/>
          <w:sz w:val="24"/>
          <w:szCs w:val="24"/>
        </w:rPr>
      </w:pPr>
      <w:proofErr w:type="spellStart"/>
      <w:r w:rsidRPr="001C6FD4">
        <w:rPr>
          <w:rFonts w:ascii="Times New Roman" w:hAnsi="Times New Roman" w:cs="Times New Roman"/>
          <w:b/>
          <w:bCs/>
          <w:sz w:val="24"/>
          <w:szCs w:val="24"/>
        </w:rPr>
        <w:t>Penutup</w:t>
      </w:r>
      <w:proofErr w:type="spellEnd"/>
    </w:p>
    <w:p w14:paraId="55D00DA7" w14:textId="77777777" w:rsidR="009E62E9" w:rsidRPr="001C6FD4" w:rsidRDefault="009E62E9" w:rsidP="001C6FD4">
      <w:pPr>
        <w:pStyle w:val="DaftarParagraf"/>
        <w:ind w:left="0" w:firstLine="709"/>
        <w:jc w:val="both"/>
        <w:rPr>
          <w:rFonts w:ascii="Times New Roman" w:hAnsi="Times New Roman" w:cs="Times New Roman"/>
          <w:sz w:val="24"/>
          <w:szCs w:val="24"/>
        </w:rPr>
      </w:pPr>
      <w:proofErr w:type="spellStart"/>
      <w:r w:rsidRPr="001C6FD4">
        <w:rPr>
          <w:rFonts w:ascii="Times New Roman" w:hAnsi="Times New Roman" w:cs="Times New Roman"/>
          <w:sz w:val="24"/>
          <w:szCs w:val="24"/>
        </w:rPr>
        <w:t>Kegiatan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(AMI–SPMI) </w:t>
      </w:r>
      <w:proofErr w:type="spellStart"/>
      <w:r w:rsidRPr="001C6FD4">
        <w:rPr>
          <w:rFonts w:ascii="Times New Roman" w:hAnsi="Times New Roman" w:cs="Times New Roman"/>
          <w:sz w:val="24"/>
          <w:szCs w:val="24"/>
        </w:rPr>
        <w:t>diakhiri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penutupan</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dipimpin</w:t>
      </w:r>
      <w:proofErr w:type="spellEnd"/>
      <w:r w:rsidRPr="001C6FD4">
        <w:rPr>
          <w:rFonts w:ascii="Times New Roman" w:hAnsi="Times New Roman" w:cs="Times New Roman"/>
          <w:sz w:val="24"/>
          <w:szCs w:val="24"/>
        </w:rPr>
        <w:t xml:space="preserve"> oleh </w:t>
      </w:r>
      <w:proofErr w:type="spellStart"/>
      <w:r w:rsidRPr="001C6FD4">
        <w:rPr>
          <w:rFonts w:ascii="Times New Roman" w:hAnsi="Times New Roman" w:cs="Times New Roman"/>
          <w:sz w:val="24"/>
          <w:szCs w:val="24"/>
        </w:rPr>
        <w:t>Panitia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Kopertais</w:t>
      </w:r>
      <w:proofErr w:type="spellEnd"/>
      <w:r w:rsidRPr="001C6FD4">
        <w:rPr>
          <w:rFonts w:ascii="Times New Roman" w:hAnsi="Times New Roman" w:cs="Times New Roman"/>
          <w:sz w:val="24"/>
          <w:szCs w:val="24"/>
        </w:rPr>
        <w:t xml:space="preserve"> Wilayah V Aceh.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sambutannya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perwakilan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panitia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menyampaikan</w:t>
      </w:r>
      <w:proofErr w:type="spellEnd"/>
      <w:r w:rsidRPr="001C6FD4">
        <w:rPr>
          <w:rFonts w:ascii="Times New Roman" w:hAnsi="Times New Roman" w:cs="Times New Roman"/>
          <w:sz w:val="24"/>
          <w:szCs w:val="24"/>
        </w:rPr>
        <w:t xml:space="preserve"> rasa </w:t>
      </w:r>
      <w:proofErr w:type="spellStart"/>
      <w:r w:rsidRPr="001C6FD4">
        <w:rPr>
          <w:rFonts w:ascii="Times New Roman" w:hAnsi="Times New Roman" w:cs="Times New Roman"/>
          <w:sz w:val="24"/>
          <w:szCs w:val="24"/>
        </w:rPr>
        <w:t>terima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kasih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kepada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seluruh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telah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mengikuti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rangkaian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kegiatan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antusias</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komitmen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Panitia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menegaskan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bahwa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merupakan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bagian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upaya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berkelanjutan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memperkuat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kapasitas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di </w:t>
      </w:r>
      <w:proofErr w:type="spellStart"/>
      <w:r w:rsidRPr="001C6FD4">
        <w:rPr>
          <w:rFonts w:ascii="Times New Roman" w:hAnsi="Times New Roman" w:cs="Times New Roman"/>
          <w:sz w:val="24"/>
          <w:szCs w:val="24"/>
        </w:rPr>
        <w:t>lingkungan</w:t>
      </w:r>
      <w:proofErr w:type="spellEnd"/>
      <w:r w:rsidRPr="001C6FD4">
        <w:rPr>
          <w:rFonts w:ascii="Times New Roman" w:hAnsi="Times New Roman" w:cs="Times New Roman"/>
          <w:sz w:val="24"/>
          <w:szCs w:val="24"/>
        </w:rPr>
        <w:t xml:space="preserve"> PTKIS, </w:t>
      </w:r>
      <w:proofErr w:type="spellStart"/>
      <w:r w:rsidRPr="001C6FD4">
        <w:rPr>
          <w:rFonts w:ascii="Times New Roman" w:hAnsi="Times New Roman" w:cs="Times New Roman"/>
          <w:sz w:val="24"/>
          <w:szCs w:val="24"/>
        </w:rPr>
        <w:t>sehingga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diharapkan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seluruh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mampu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menerapkan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ilmu</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diperoleh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optimal di </w:t>
      </w:r>
      <w:proofErr w:type="spellStart"/>
      <w:r w:rsidRPr="001C6FD4">
        <w:rPr>
          <w:rFonts w:ascii="Times New Roman" w:hAnsi="Times New Roman" w:cs="Times New Roman"/>
          <w:sz w:val="24"/>
          <w:szCs w:val="24"/>
        </w:rPr>
        <w:t>institusi</w:t>
      </w:r>
      <w:proofErr w:type="spellEnd"/>
      <w:r w:rsidRPr="001C6FD4">
        <w:rPr>
          <w:rFonts w:ascii="Times New Roman" w:hAnsi="Times New Roman" w:cs="Times New Roman"/>
          <w:sz w:val="24"/>
          <w:szCs w:val="24"/>
        </w:rPr>
        <w:t xml:space="preserve"> masing-masing.</w:t>
      </w:r>
    </w:p>
    <w:p w14:paraId="44A59B6F" w14:textId="77777777" w:rsidR="009E62E9" w:rsidRPr="001C6FD4" w:rsidRDefault="009E62E9" w:rsidP="001C6FD4">
      <w:pPr>
        <w:pStyle w:val="DaftarParagraf"/>
        <w:ind w:left="0" w:firstLine="709"/>
        <w:jc w:val="both"/>
        <w:rPr>
          <w:rFonts w:ascii="Times New Roman" w:hAnsi="Times New Roman" w:cs="Times New Roman"/>
          <w:sz w:val="24"/>
          <w:szCs w:val="24"/>
        </w:rPr>
      </w:pPr>
      <w:proofErr w:type="spellStart"/>
      <w:r w:rsidRPr="001C6FD4">
        <w:rPr>
          <w:rFonts w:ascii="Times New Roman" w:hAnsi="Times New Roman" w:cs="Times New Roman"/>
          <w:sz w:val="24"/>
          <w:szCs w:val="24"/>
        </w:rPr>
        <w:t>Panitia</w:t>
      </w:r>
      <w:proofErr w:type="spellEnd"/>
      <w:r w:rsidRPr="001C6FD4">
        <w:rPr>
          <w:rFonts w:ascii="Times New Roman" w:hAnsi="Times New Roman" w:cs="Times New Roman"/>
          <w:sz w:val="24"/>
          <w:szCs w:val="24"/>
        </w:rPr>
        <w:t xml:space="preserve"> juga </w:t>
      </w:r>
      <w:proofErr w:type="spellStart"/>
      <w:r w:rsidRPr="001C6FD4">
        <w:rPr>
          <w:rFonts w:ascii="Times New Roman" w:hAnsi="Times New Roman" w:cs="Times New Roman"/>
          <w:sz w:val="24"/>
          <w:szCs w:val="24"/>
        </w:rPr>
        <w:t>mengapresiasi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aktif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diskusi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simulasi</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praktik</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termasuk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kontribusi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dari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perwakilan</w:t>
      </w:r>
      <w:proofErr w:type="spellEnd"/>
      <w:r w:rsidRPr="001C6FD4">
        <w:rPr>
          <w:rFonts w:ascii="Times New Roman" w:hAnsi="Times New Roman" w:cs="Times New Roman"/>
          <w:sz w:val="24"/>
          <w:szCs w:val="24"/>
        </w:rPr>
        <w:t xml:space="preserve"> STIT Al-</w:t>
      </w:r>
      <w:proofErr w:type="spellStart"/>
      <w:r w:rsidRPr="001C6FD4">
        <w:rPr>
          <w:rFonts w:ascii="Times New Roman" w:hAnsi="Times New Roman" w:cs="Times New Roman"/>
          <w:sz w:val="24"/>
          <w:szCs w:val="24"/>
        </w:rPr>
        <w:t>Hilal</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Sigli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yaitu</w:t>
      </w:r>
      <w:proofErr w:type="spellEnd"/>
      <w:r w:rsidRPr="001C6FD4">
        <w:rPr>
          <w:rFonts w:ascii="Times New Roman" w:hAnsi="Times New Roman" w:cs="Times New Roman"/>
          <w:sz w:val="24"/>
          <w:szCs w:val="24"/>
        </w:rPr>
        <w:t xml:space="preserve"> Khairul Fahmi dan </w:t>
      </w:r>
      <w:proofErr w:type="spellStart"/>
      <w:r w:rsidRPr="001C6FD4">
        <w:rPr>
          <w:rFonts w:ascii="Times New Roman" w:hAnsi="Times New Roman" w:cs="Times New Roman"/>
          <w:sz w:val="24"/>
          <w:szCs w:val="24"/>
        </w:rPr>
        <w:t>Syifa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Mardhiah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Menurut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panitia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partisipasi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aktif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tersebut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menjadi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indikator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positif</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bahwa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budaya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semakin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dipahami</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diimplementasikan</w:t>
      </w:r>
      <w:proofErr w:type="spellEnd"/>
      <w:r w:rsidRPr="001C6FD4">
        <w:rPr>
          <w:rFonts w:ascii="Times New Roman" w:hAnsi="Times New Roman" w:cs="Times New Roman"/>
          <w:sz w:val="24"/>
          <w:szCs w:val="24"/>
        </w:rPr>
        <w:t xml:space="preserve"> oleh </w:t>
      </w:r>
      <w:proofErr w:type="spellStart"/>
      <w:r w:rsidRPr="001C6FD4">
        <w:rPr>
          <w:rFonts w:ascii="Times New Roman" w:hAnsi="Times New Roman" w:cs="Times New Roman"/>
          <w:sz w:val="24"/>
          <w:szCs w:val="24"/>
        </w:rPr>
        <w:t>berbagai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perguruan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 xml:space="preserve"> di Aceh.</w:t>
      </w:r>
    </w:p>
    <w:p w14:paraId="40EFE113" w14:textId="77777777" w:rsidR="009E62E9" w:rsidRPr="001C6FD4" w:rsidRDefault="009E62E9" w:rsidP="001C6FD4">
      <w:pPr>
        <w:pStyle w:val="DaftarParagraf"/>
        <w:ind w:left="0" w:firstLine="709"/>
        <w:jc w:val="both"/>
        <w:rPr>
          <w:rFonts w:ascii="Times New Roman" w:hAnsi="Times New Roman" w:cs="Times New Roman"/>
          <w:sz w:val="24"/>
          <w:szCs w:val="24"/>
        </w:rPr>
      </w:pP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penutupannya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Panitia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Kopertais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menekankan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pentingnya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tindak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lanjut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setelah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terutama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memperkuat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implementasi</w:t>
      </w:r>
      <w:proofErr w:type="spellEnd"/>
      <w:r w:rsidRPr="001C6FD4">
        <w:rPr>
          <w:rFonts w:ascii="Times New Roman" w:hAnsi="Times New Roman" w:cs="Times New Roman"/>
          <w:sz w:val="24"/>
          <w:szCs w:val="24"/>
        </w:rPr>
        <w:t xml:space="preserve"> SPMI </w:t>
      </w:r>
      <w:proofErr w:type="spellStart"/>
      <w:r w:rsidRPr="001C6FD4">
        <w:rPr>
          <w:rFonts w:ascii="Times New Roman" w:hAnsi="Times New Roman" w:cs="Times New Roman"/>
          <w:sz w:val="24"/>
          <w:szCs w:val="24"/>
        </w:rPr>
        <w:t>melalui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pelaksanaan</w:t>
      </w:r>
      <w:proofErr w:type="spellEnd"/>
      <w:r w:rsidRPr="001C6FD4">
        <w:rPr>
          <w:rFonts w:ascii="Times New Roman" w:hAnsi="Times New Roman" w:cs="Times New Roman"/>
          <w:sz w:val="24"/>
          <w:szCs w:val="24"/>
        </w:rPr>
        <w:t xml:space="preserve"> audit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internal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rutin</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terstruktur</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Panitia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mengajak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seluruh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perguruan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terus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berkolaborasi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saling</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mendukung</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berbagi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praktik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terbaik</w:t>
      </w:r>
      <w:proofErr w:type="spellEnd"/>
      <w:r w:rsidRPr="001C6FD4">
        <w:rPr>
          <w:rFonts w:ascii="Times New Roman" w:hAnsi="Times New Roman" w:cs="Times New Roman"/>
          <w:sz w:val="24"/>
          <w:szCs w:val="24"/>
        </w:rPr>
        <w:t xml:space="preserve"> demi </w:t>
      </w:r>
      <w:proofErr w:type="spellStart"/>
      <w:r w:rsidRPr="001C6FD4">
        <w:rPr>
          <w:rFonts w:ascii="Times New Roman" w:hAnsi="Times New Roman" w:cs="Times New Roman"/>
          <w:sz w:val="24"/>
          <w:szCs w:val="24"/>
        </w:rPr>
        <w:t>menciptakan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pendidikan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tinggi</w:t>
      </w:r>
      <w:proofErr w:type="spellEnd"/>
      <w:r w:rsidRPr="001C6FD4">
        <w:rPr>
          <w:rFonts w:ascii="Times New Roman" w:hAnsi="Times New Roman" w:cs="Times New Roman"/>
          <w:sz w:val="24"/>
          <w:szCs w:val="24"/>
        </w:rPr>
        <w:t xml:space="preserve"> Islam yang </w:t>
      </w:r>
      <w:proofErr w:type="spellStart"/>
      <w:r w:rsidRPr="001C6FD4">
        <w:rPr>
          <w:rFonts w:ascii="Times New Roman" w:hAnsi="Times New Roman" w:cs="Times New Roman"/>
          <w:sz w:val="24"/>
          <w:szCs w:val="24"/>
        </w:rPr>
        <w:t>unggul</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berdaya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saing</w:t>
      </w:r>
      <w:proofErr w:type="spellEnd"/>
      <w:r w:rsidRPr="001C6FD4">
        <w:rPr>
          <w:rFonts w:ascii="Times New Roman" w:hAnsi="Times New Roman" w:cs="Times New Roman"/>
          <w:sz w:val="24"/>
          <w:szCs w:val="24"/>
        </w:rPr>
        <w:t>.</w:t>
      </w:r>
    </w:p>
    <w:p w14:paraId="137EC990" w14:textId="0833A93B" w:rsidR="009E62E9" w:rsidRPr="001C6FD4" w:rsidRDefault="009E62E9" w:rsidP="001C6FD4">
      <w:pPr>
        <w:pStyle w:val="DaftarParagraf"/>
        <w:ind w:left="0" w:firstLine="709"/>
        <w:jc w:val="both"/>
        <w:rPr>
          <w:rFonts w:ascii="Times New Roman" w:hAnsi="Times New Roman" w:cs="Times New Roman"/>
          <w:sz w:val="24"/>
          <w:szCs w:val="24"/>
        </w:rPr>
      </w:pPr>
      <w:r w:rsidRPr="001C6FD4">
        <w:rPr>
          <w:rFonts w:ascii="Times New Roman" w:hAnsi="Times New Roman" w:cs="Times New Roman"/>
          <w:sz w:val="24"/>
          <w:szCs w:val="24"/>
        </w:rPr>
        <w:t xml:space="preserve">Acara </w:t>
      </w:r>
      <w:proofErr w:type="spellStart"/>
      <w:r w:rsidRPr="001C6FD4">
        <w:rPr>
          <w:rFonts w:ascii="Times New Roman" w:hAnsi="Times New Roman" w:cs="Times New Roman"/>
          <w:sz w:val="24"/>
          <w:szCs w:val="24"/>
        </w:rPr>
        <w:t>penutupan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ditandai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pembacaan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doa</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pemberian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ucapan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selamat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kepada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seluruh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yang </w:t>
      </w:r>
      <w:proofErr w:type="spellStart"/>
      <w:r w:rsidRPr="001C6FD4">
        <w:rPr>
          <w:rFonts w:ascii="Times New Roman" w:hAnsi="Times New Roman" w:cs="Times New Roman"/>
          <w:sz w:val="24"/>
          <w:szCs w:val="24"/>
        </w:rPr>
        <w:t>telah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menyelesaikan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Panitia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kemudian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menyerahkan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sertifikat</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secara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simbolis</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kepada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beberapa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sebagai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bentuk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apresiasi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lastRenderedPageBreak/>
        <w:t>Dengan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demikian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rangkaian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pelatihan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resmi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ditutup</w:t>
      </w:r>
      <w:proofErr w:type="spellEnd"/>
      <w:r w:rsidRPr="001C6FD4">
        <w:rPr>
          <w:rFonts w:ascii="Times New Roman" w:hAnsi="Times New Roman" w:cs="Times New Roman"/>
          <w:sz w:val="24"/>
          <w:szCs w:val="24"/>
        </w:rPr>
        <w:t xml:space="preserve"> dan </w:t>
      </w:r>
      <w:proofErr w:type="spellStart"/>
      <w:r w:rsidRPr="001C6FD4">
        <w:rPr>
          <w:rFonts w:ascii="Times New Roman" w:hAnsi="Times New Roman" w:cs="Times New Roman"/>
          <w:sz w:val="24"/>
          <w:szCs w:val="24"/>
        </w:rPr>
        <w:t>seluruh</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peserta</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dipersilakan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kembali</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institusi</w:t>
      </w:r>
      <w:proofErr w:type="spellEnd"/>
      <w:r w:rsidRPr="001C6FD4">
        <w:rPr>
          <w:rFonts w:ascii="Times New Roman" w:hAnsi="Times New Roman" w:cs="Times New Roman"/>
          <w:sz w:val="24"/>
          <w:szCs w:val="24"/>
        </w:rPr>
        <w:t xml:space="preserve"> masing-masing </w:t>
      </w:r>
      <w:proofErr w:type="spellStart"/>
      <w:r w:rsidRPr="001C6FD4">
        <w:rPr>
          <w:rFonts w:ascii="Times New Roman" w:hAnsi="Times New Roman" w:cs="Times New Roman"/>
          <w:sz w:val="24"/>
          <w:szCs w:val="24"/>
        </w:rPr>
        <w:t>untuk</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mengimplementasikan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hasil</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pembelajaran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dalam</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kegiatan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penjaminan</w:t>
      </w:r>
      <w:proofErr w:type="spellEnd"/>
      <w:r w:rsidRPr="001C6FD4">
        <w:rPr>
          <w:rFonts w:ascii="Times New Roman" w:hAnsi="Times New Roman" w:cs="Times New Roman"/>
          <w:sz w:val="24"/>
          <w:szCs w:val="24"/>
        </w:rPr>
        <w:t xml:space="preserve"> </w:t>
      </w:r>
      <w:proofErr w:type="spellStart"/>
      <w:r w:rsidRPr="001C6FD4">
        <w:rPr>
          <w:rFonts w:ascii="Times New Roman" w:hAnsi="Times New Roman" w:cs="Times New Roman"/>
          <w:sz w:val="24"/>
          <w:szCs w:val="24"/>
        </w:rPr>
        <w:t>mutu</w:t>
      </w:r>
      <w:proofErr w:type="spellEnd"/>
      <w:r w:rsidRPr="001C6FD4">
        <w:rPr>
          <w:rFonts w:ascii="Times New Roman" w:hAnsi="Times New Roman" w:cs="Times New Roman"/>
          <w:sz w:val="24"/>
          <w:szCs w:val="24"/>
        </w:rPr>
        <w:t>.</w:t>
      </w:r>
    </w:p>
    <w:p w14:paraId="26AC51E2" w14:textId="77777777" w:rsidR="00002BE4" w:rsidRPr="001C6FD4" w:rsidRDefault="00002BE4" w:rsidP="001C6FD4">
      <w:pPr>
        <w:pStyle w:val="DaftarParagraf"/>
        <w:ind w:left="426"/>
        <w:rPr>
          <w:rFonts w:ascii="Times New Roman" w:hAnsi="Times New Roman" w:cs="Times New Roman"/>
          <w:sz w:val="24"/>
          <w:szCs w:val="24"/>
        </w:rPr>
      </w:pPr>
    </w:p>
    <w:p w14:paraId="46916E5C" w14:textId="643C2B83" w:rsidR="00002BE4" w:rsidRPr="001C6FD4" w:rsidRDefault="00002BE4" w:rsidP="001C6FD4">
      <w:pPr>
        <w:pStyle w:val="DaftarParagraf"/>
        <w:numPr>
          <w:ilvl w:val="0"/>
          <w:numId w:val="10"/>
        </w:numPr>
        <w:ind w:left="426" w:hanging="426"/>
        <w:rPr>
          <w:rFonts w:ascii="Times New Roman" w:hAnsi="Times New Roman" w:cs="Times New Roman"/>
          <w:b/>
          <w:bCs/>
          <w:sz w:val="24"/>
          <w:szCs w:val="24"/>
        </w:rPr>
      </w:pPr>
      <w:r w:rsidRPr="001C6FD4">
        <w:rPr>
          <w:rFonts w:ascii="Times New Roman" w:hAnsi="Times New Roman" w:cs="Times New Roman"/>
          <w:b/>
          <w:bCs/>
          <w:sz w:val="24"/>
          <w:szCs w:val="24"/>
        </w:rPr>
        <w:t xml:space="preserve">Lampiran-Lampiran </w:t>
      </w:r>
      <w:proofErr w:type="spellStart"/>
      <w:r w:rsidRPr="001C6FD4">
        <w:rPr>
          <w:rFonts w:ascii="Times New Roman" w:hAnsi="Times New Roman" w:cs="Times New Roman"/>
          <w:b/>
          <w:bCs/>
          <w:sz w:val="24"/>
          <w:szCs w:val="24"/>
        </w:rPr>
        <w:t>Foto</w:t>
      </w:r>
      <w:proofErr w:type="spellEnd"/>
      <w:r w:rsidRPr="001C6FD4">
        <w:rPr>
          <w:rFonts w:ascii="Times New Roman" w:hAnsi="Times New Roman" w:cs="Times New Roman"/>
          <w:b/>
          <w:bCs/>
          <w:sz w:val="24"/>
          <w:szCs w:val="24"/>
        </w:rPr>
        <w:t xml:space="preserve"> </w:t>
      </w:r>
      <w:proofErr w:type="spellStart"/>
      <w:r w:rsidRPr="001C6FD4">
        <w:rPr>
          <w:rFonts w:ascii="Times New Roman" w:hAnsi="Times New Roman" w:cs="Times New Roman"/>
          <w:b/>
          <w:bCs/>
          <w:sz w:val="24"/>
          <w:szCs w:val="24"/>
        </w:rPr>
        <w:t>Kegiatan</w:t>
      </w:r>
      <w:proofErr w:type="spellEnd"/>
    </w:p>
    <w:p w14:paraId="735E2E48" w14:textId="7F227D5C" w:rsidR="001A4F3C" w:rsidRPr="001C6FD4" w:rsidRDefault="001A4F3C" w:rsidP="001C6FD4">
      <w:pPr>
        <w:pStyle w:val="DaftarParagraf"/>
        <w:ind w:left="426"/>
        <w:rPr>
          <w:rFonts w:ascii="Times New Roman" w:hAnsi="Times New Roman" w:cs="Times New Roman"/>
          <w:b/>
          <w:bCs/>
          <w:sz w:val="24"/>
          <w:szCs w:val="24"/>
        </w:rPr>
      </w:pPr>
    </w:p>
    <w:tbl>
      <w:tblPr>
        <w:tblStyle w:val="KisiTabel"/>
        <w:tblpPr w:leftFromText="180" w:rightFromText="180" w:vertAnchor="text" w:tblpXSpec="center" w:tblpY="1"/>
        <w:tblOverlap w:val="never"/>
        <w:tblW w:w="11315" w:type="dxa"/>
        <w:jc w:val="center"/>
        <w:tblLook w:val="04A0" w:firstRow="1" w:lastRow="0" w:firstColumn="1" w:lastColumn="0" w:noHBand="0" w:noVBand="1"/>
      </w:tblPr>
      <w:tblGrid>
        <w:gridCol w:w="6016"/>
        <w:gridCol w:w="5299"/>
      </w:tblGrid>
      <w:tr w:rsidR="00AE3031" w:rsidRPr="001C6FD4" w14:paraId="47E95230" w14:textId="77777777" w:rsidTr="00AE3031">
        <w:trPr>
          <w:jc w:val="center"/>
        </w:trPr>
        <w:tc>
          <w:tcPr>
            <w:tcW w:w="6016" w:type="dxa"/>
          </w:tcPr>
          <w:p w14:paraId="175E266C" w14:textId="3508DB82" w:rsidR="002D31BB" w:rsidRPr="001C6FD4" w:rsidRDefault="00AE3031" w:rsidP="001C6FD4">
            <w:pPr>
              <w:pStyle w:val="DaftarParagraf"/>
              <w:ind w:left="0"/>
              <w:rPr>
                <w:rFonts w:ascii="Times New Roman" w:hAnsi="Times New Roman" w:cs="Times New Roman"/>
                <w:b/>
                <w:bCs/>
                <w:sz w:val="24"/>
                <w:szCs w:val="24"/>
              </w:rPr>
            </w:pPr>
            <w:r w:rsidRPr="001C6FD4">
              <w:rPr>
                <w:rFonts w:ascii="Times New Roman" w:hAnsi="Times New Roman" w:cs="Times New Roman"/>
                <w:b/>
                <w:bCs/>
                <w:noProof/>
                <w:sz w:val="24"/>
                <w:szCs w:val="24"/>
              </w:rPr>
              <w:drawing>
                <wp:anchor distT="0" distB="0" distL="114300" distR="114300" simplePos="0" relativeHeight="251673600" behindDoc="1" locked="0" layoutInCell="1" allowOverlap="1" wp14:anchorId="5FD6D2E3" wp14:editId="750A9105">
                  <wp:simplePos x="0" y="0"/>
                  <wp:positionH relativeFrom="column">
                    <wp:posOffset>-33655</wp:posOffset>
                  </wp:positionH>
                  <wp:positionV relativeFrom="paragraph">
                    <wp:posOffset>220345</wp:posOffset>
                  </wp:positionV>
                  <wp:extent cx="3683000" cy="2852420"/>
                  <wp:effectExtent l="0" t="0" r="0" b="5080"/>
                  <wp:wrapTight wrapText="bothSides">
                    <wp:wrapPolygon edited="0">
                      <wp:start x="0" y="0"/>
                      <wp:lineTo x="0" y="21542"/>
                      <wp:lineTo x="21526" y="21542"/>
                      <wp:lineTo x="21526" y="0"/>
                      <wp:lineTo x="0" y="0"/>
                    </wp:wrapPolygon>
                  </wp:wrapTight>
                  <wp:docPr id="8" name="Gambar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ambar 8"/>
                          <pic:cNvPicPr/>
                        </pic:nvPicPr>
                        <pic:blipFill>
                          <a:blip r:embed="rId11"/>
                          <a:stretch>
                            <a:fillRect/>
                          </a:stretch>
                        </pic:blipFill>
                        <pic:spPr>
                          <a:xfrm>
                            <a:off x="0" y="0"/>
                            <a:ext cx="3683000" cy="2852420"/>
                          </a:xfrm>
                          <a:prstGeom prst="rect">
                            <a:avLst/>
                          </a:prstGeom>
                        </pic:spPr>
                      </pic:pic>
                    </a:graphicData>
                  </a:graphic>
                  <wp14:sizeRelH relativeFrom="page">
                    <wp14:pctWidth>0</wp14:pctWidth>
                  </wp14:sizeRelH>
                  <wp14:sizeRelV relativeFrom="page">
                    <wp14:pctHeight>0</wp14:pctHeight>
                  </wp14:sizeRelV>
                </wp:anchor>
              </w:drawing>
            </w:r>
          </w:p>
          <w:p w14:paraId="3B10CD3C" w14:textId="13761B7A" w:rsidR="002D31BB" w:rsidRPr="001C6FD4" w:rsidRDefault="002D31BB" w:rsidP="001C6FD4">
            <w:pPr>
              <w:pStyle w:val="DaftarParagraf"/>
              <w:ind w:left="0"/>
              <w:rPr>
                <w:rFonts w:ascii="Times New Roman" w:hAnsi="Times New Roman" w:cs="Times New Roman"/>
                <w:b/>
                <w:bCs/>
                <w:sz w:val="24"/>
                <w:szCs w:val="24"/>
              </w:rPr>
            </w:pPr>
          </w:p>
        </w:tc>
        <w:tc>
          <w:tcPr>
            <w:tcW w:w="5299" w:type="dxa"/>
          </w:tcPr>
          <w:p w14:paraId="6701B77E" w14:textId="6095735F" w:rsidR="002D31BB" w:rsidRPr="001C6FD4" w:rsidRDefault="00AE3031" w:rsidP="001C6FD4">
            <w:pPr>
              <w:pStyle w:val="DaftarParagraf"/>
              <w:ind w:left="0"/>
              <w:rPr>
                <w:rFonts w:ascii="Times New Roman" w:hAnsi="Times New Roman" w:cs="Times New Roman"/>
                <w:b/>
                <w:bCs/>
                <w:sz w:val="24"/>
                <w:szCs w:val="24"/>
              </w:rPr>
            </w:pPr>
            <w:r w:rsidRPr="001C6FD4">
              <w:rPr>
                <w:rFonts w:ascii="Times New Roman" w:hAnsi="Times New Roman" w:cs="Times New Roman"/>
                <w:b/>
                <w:bCs/>
                <w:noProof/>
                <w:sz w:val="24"/>
                <w:szCs w:val="24"/>
              </w:rPr>
              <w:drawing>
                <wp:anchor distT="0" distB="0" distL="114300" distR="114300" simplePos="0" relativeHeight="251674624" behindDoc="1" locked="0" layoutInCell="1" allowOverlap="1" wp14:anchorId="6077EA63" wp14:editId="2EA40463">
                  <wp:simplePos x="0" y="0"/>
                  <wp:positionH relativeFrom="column">
                    <wp:posOffset>-3810</wp:posOffset>
                  </wp:positionH>
                  <wp:positionV relativeFrom="paragraph">
                    <wp:posOffset>302895</wp:posOffset>
                  </wp:positionV>
                  <wp:extent cx="3227705" cy="2748280"/>
                  <wp:effectExtent l="0" t="0" r="0" b="0"/>
                  <wp:wrapTight wrapText="bothSides">
                    <wp:wrapPolygon edited="0">
                      <wp:start x="0" y="0"/>
                      <wp:lineTo x="0" y="21460"/>
                      <wp:lineTo x="21502" y="21460"/>
                      <wp:lineTo x="21502" y="0"/>
                      <wp:lineTo x="0" y="0"/>
                    </wp:wrapPolygon>
                  </wp:wrapTight>
                  <wp:docPr id="10" name="Gambar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ambar 10"/>
                          <pic:cNvPicPr/>
                        </pic:nvPicPr>
                        <pic:blipFill>
                          <a:blip r:embed="rId12"/>
                          <a:stretch>
                            <a:fillRect/>
                          </a:stretch>
                        </pic:blipFill>
                        <pic:spPr>
                          <a:xfrm>
                            <a:off x="0" y="0"/>
                            <a:ext cx="3227705" cy="2748280"/>
                          </a:xfrm>
                          <a:prstGeom prst="rect">
                            <a:avLst/>
                          </a:prstGeom>
                        </pic:spPr>
                      </pic:pic>
                    </a:graphicData>
                  </a:graphic>
                  <wp14:sizeRelH relativeFrom="page">
                    <wp14:pctWidth>0</wp14:pctWidth>
                  </wp14:sizeRelH>
                  <wp14:sizeRelV relativeFrom="page">
                    <wp14:pctHeight>0</wp14:pctHeight>
                  </wp14:sizeRelV>
                </wp:anchor>
              </w:drawing>
            </w:r>
          </w:p>
        </w:tc>
      </w:tr>
      <w:tr w:rsidR="00AE3031" w:rsidRPr="001C6FD4" w14:paraId="0C08A7AB" w14:textId="77777777" w:rsidTr="00AE3031">
        <w:trPr>
          <w:jc w:val="center"/>
        </w:trPr>
        <w:tc>
          <w:tcPr>
            <w:tcW w:w="6016" w:type="dxa"/>
          </w:tcPr>
          <w:p w14:paraId="5D02C71D" w14:textId="4B98ED71" w:rsidR="002D31BB" w:rsidRPr="001C6FD4" w:rsidRDefault="00AE3031" w:rsidP="001C6FD4">
            <w:pPr>
              <w:pStyle w:val="DaftarParagraf"/>
              <w:ind w:left="0"/>
              <w:rPr>
                <w:rFonts w:ascii="Times New Roman" w:hAnsi="Times New Roman" w:cs="Times New Roman"/>
                <w:b/>
                <w:bCs/>
                <w:sz w:val="24"/>
                <w:szCs w:val="24"/>
              </w:rPr>
            </w:pPr>
            <w:r w:rsidRPr="001C6FD4">
              <w:rPr>
                <w:rFonts w:ascii="Times New Roman" w:hAnsi="Times New Roman" w:cs="Times New Roman"/>
                <w:b/>
                <w:bCs/>
                <w:noProof/>
                <w:sz w:val="24"/>
                <w:szCs w:val="24"/>
              </w:rPr>
              <w:drawing>
                <wp:inline distT="0" distB="0" distL="0" distR="0" wp14:anchorId="44D9F153" wp14:editId="4369178F">
                  <wp:extent cx="3621481" cy="2716023"/>
                  <wp:effectExtent l="0" t="0" r="0" b="1905"/>
                  <wp:docPr id="12" name="Gambar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ambar 12"/>
                          <pic:cNvPicPr/>
                        </pic:nvPicPr>
                        <pic:blipFill>
                          <a:blip r:embed="rId13"/>
                          <a:stretch>
                            <a:fillRect/>
                          </a:stretch>
                        </pic:blipFill>
                        <pic:spPr>
                          <a:xfrm>
                            <a:off x="0" y="0"/>
                            <a:ext cx="3631779" cy="2723746"/>
                          </a:xfrm>
                          <a:prstGeom prst="rect">
                            <a:avLst/>
                          </a:prstGeom>
                        </pic:spPr>
                      </pic:pic>
                    </a:graphicData>
                  </a:graphic>
                </wp:inline>
              </w:drawing>
            </w:r>
          </w:p>
        </w:tc>
        <w:tc>
          <w:tcPr>
            <w:tcW w:w="5299" w:type="dxa"/>
          </w:tcPr>
          <w:p w14:paraId="1C67FFC0" w14:textId="6D2F41B3" w:rsidR="002D31BB" w:rsidRPr="001C6FD4" w:rsidRDefault="00AE3031" w:rsidP="001C6FD4">
            <w:pPr>
              <w:pStyle w:val="DaftarParagraf"/>
              <w:ind w:left="0"/>
              <w:rPr>
                <w:rFonts w:ascii="Times New Roman" w:hAnsi="Times New Roman" w:cs="Times New Roman"/>
                <w:b/>
                <w:bCs/>
                <w:sz w:val="24"/>
                <w:szCs w:val="24"/>
              </w:rPr>
            </w:pPr>
            <w:r w:rsidRPr="001C6FD4">
              <w:rPr>
                <w:rFonts w:ascii="Times New Roman" w:hAnsi="Times New Roman" w:cs="Times New Roman"/>
                <w:b/>
                <w:bCs/>
                <w:noProof/>
                <w:sz w:val="24"/>
                <w:szCs w:val="24"/>
              </w:rPr>
              <w:drawing>
                <wp:anchor distT="0" distB="0" distL="114300" distR="114300" simplePos="0" relativeHeight="251675648" behindDoc="1" locked="0" layoutInCell="1" allowOverlap="1" wp14:anchorId="7AEF0C0A" wp14:editId="4E0FC2BB">
                  <wp:simplePos x="0" y="0"/>
                  <wp:positionH relativeFrom="column">
                    <wp:posOffset>245745</wp:posOffset>
                  </wp:positionH>
                  <wp:positionV relativeFrom="paragraph">
                    <wp:posOffset>99695</wp:posOffset>
                  </wp:positionV>
                  <wp:extent cx="2867025" cy="2372995"/>
                  <wp:effectExtent l="0" t="0" r="3175" b="1905"/>
                  <wp:wrapTight wrapText="bothSides">
                    <wp:wrapPolygon edited="0">
                      <wp:start x="0" y="0"/>
                      <wp:lineTo x="0" y="21502"/>
                      <wp:lineTo x="21528" y="21502"/>
                      <wp:lineTo x="21528" y="0"/>
                      <wp:lineTo x="0" y="0"/>
                    </wp:wrapPolygon>
                  </wp:wrapTight>
                  <wp:docPr id="11" name="Gambar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ambar 11"/>
                          <pic:cNvPicPr/>
                        </pic:nvPicPr>
                        <pic:blipFill>
                          <a:blip r:embed="rId14"/>
                          <a:stretch>
                            <a:fillRect/>
                          </a:stretch>
                        </pic:blipFill>
                        <pic:spPr>
                          <a:xfrm>
                            <a:off x="0" y="0"/>
                            <a:ext cx="2867025" cy="2372995"/>
                          </a:xfrm>
                          <a:prstGeom prst="rect">
                            <a:avLst/>
                          </a:prstGeom>
                        </pic:spPr>
                      </pic:pic>
                    </a:graphicData>
                  </a:graphic>
                  <wp14:sizeRelH relativeFrom="page">
                    <wp14:pctWidth>0</wp14:pctWidth>
                  </wp14:sizeRelH>
                  <wp14:sizeRelV relativeFrom="page">
                    <wp14:pctHeight>0</wp14:pctHeight>
                  </wp14:sizeRelV>
                </wp:anchor>
              </w:drawing>
            </w:r>
          </w:p>
          <w:p w14:paraId="01F4EC42" w14:textId="01D7FCC8" w:rsidR="00AE3031" w:rsidRPr="001C6FD4" w:rsidRDefault="00AE3031" w:rsidP="001C6FD4">
            <w:pPr>
              <w:pStyle w:val="DaftarParagraf"/>
              <w:ind w:left="0"/>
              <w:rPr>
                <w:rFonts w:ascii="Times New Roman" w:hAnsi="Times New Roman" w:cs="Times New Roman"/>
                <w:b/>
                <w:bCs/>
                <w:sz w:val="24"/>
                <w:szCs w:val="24"/>
              </w:rPr>
            </w:pPr>
          </w:p>
          <w:p w14:paraId="3E8DE090" w14:textId="77777777" w:rsidR="00AE3031" w:rsidRPr="001C6FD4" w:rsidRDefault="00AE3031" w:rsidP="001C6FD4">
            <w:pPr>
              <w:pStyle w:val="DaftarParagraf"/>
              <w:ind w:left="0"/>
              <w:rPr>
                <w:rFonts w:ascii="Times New Roman" w:hAnsi="Times New Roman" w:cs="Times New Roman"/>
                <w:b/>
                <w:bCs/>
                <w:sz w:val="24"/>
                <w:szCs w:val="24"/>
              </w:rPr>
            </w:pPr>
          </w:p>
          <w:p w14:paraId="0D6B8E54" w14:textId="77777777" w:rsidR="00AE3031" w:rsidRPr="001C6FD4" w:rsidRDefault="00AE3031" w:rsidP="001C6FD4">
            <w:pPr>
              <w:pStyle w:val="DaftarParagraf"/>
              <w:ind w:left="0"/>
              <w:rPr>
                <w:rFonts w:ascii="Times New Roman" w:hAnsi="Times New Roman" w:cs="Times New Roman"/>
                <w:b/>
                <w:bCs/>
                <w:sz w:val="24"/>
                <w:szCs w:val="24"/>
              </w:rPr>
            </w:pPr>
          </w:p>
          <w:p w14:paraId="179DA3A8" w14:textId="77777777" w:rsidR="00AE3031" w:rsidRPr="001C6FD4" w:rsidRDefault="00AE3031" w:rsidP="001C6FD4">
            <w:pPr>
              <w:pStyle w:val="DaftarParagraf"/>
              <w:ind w:left="0"/>
              <w:rPr>
                <w:rFonts w:ascii="Times New Roman" w:hAnsi="Times New Roman" w:cs="Times New Roman"/>
                <w:b/>
                <w:bCs/>
                <w:sz w:val="24"/>
                <w:szCs w:val="24"/>
              </w:rPr>
            </w:pPr>
          </w:p>
          <w:p w14:paraId="1FC02D97" w14:textId="77777777" w:rsidR="00AE3031" w:rsidRPr="001C6FD4" w:rsidRDefault="00AE3031" w:rsidP="001C6FD4">
            <w:pPr>
              <w:pStyle w:val="DaftarParagraf"/>
              <w:ind w:left="0"/>
              <w:rPr>
                <w:rFonts w:ascii="Times New Roman" w:hAnsi="Times New Roman" w:cs="Times New Roman"/>
                <w:b/>
                <w:bCs/>
                <w:sz w:val="24"/>
                <w:szCs w:val="24"/>
              </w:rPr>
            </w:pPr>
          </w:p>
          <w:p w14:paraId="1B9F7838" w14:textId="77777777" w:rsidR="00AE3031" w:rsidRPr="001C6FD4" w:rsidRDefault="00AE3031" w:rsidP="001C6FD4">
            <w:pPr>
              <w:pStyle w:val="DaftarParagraf"/>
              <w:ind w:left="0"/>
              <w:rPr>
                <w:rFonts w:ascii="Times New Roman" w:hAnsi="Times New Roman" w:cs="Times New Roman"/>
                <w:b/>
                <w:bCs/>
                <w:sz w:val="24"/>
                <w:szCs w:val="24"/>
              </w:rPr>
            </w:pPr>
          </w:p>
          <w:p w14:paraId="0AE9B07A" w14:textId="77777777" w:rsidR="00AE3031" w:rsidRPr="001C6FD4" w:rsidRDefault="00AE3031" w:rsidP="001C6FD4">
            <w:pPr>
              <w:pStyle w:val="DaftarParagraf"/>
              <w:ind w:left="0"/>
              <w:rPr>
                <w:rFonts w:ascii="Times New Roman" w:hAnsi="Times New Roman" w:cs="Times New Roman"/>
                <w:b/>
                <w:bCs/>
                <w:sz w:val="24"/>
                <w:szCs w:val="24"/>
              </w:rPr>
            </w:pPr>
          </w:p>
          <w:p w14:paraId="774D8073" w14:textId="77777777" w:rsidR="00AE3031" w:rsidRPr="001C6FD4" w:rsidRDefault="00AE3031" w:rsidP="001C6FD4">
            <w:pPr>
              <w:pStyle w:val="DaftarParagraf"/>
              <w:ind w:left="0"/>
              <w:rPr>
                <w:rFonts w:ascii="Times New Roman" w:hAnsi="Times New Roman" w:cs="Times New Roman"/>
                <w:b/>
                <w:bCs/>
                <w:sz w:val="24"/>
                <w:szCs w:val="24"/>
              </w:rPr>
            </w:pPr>
          </w:p>
          <w:p w14:paraId="5599DA4F" w14:textId="77777777" w:rsidR="00AE3031" w:rsidRPr="001C6FD4" w:rsidRDefault="00AE3031" w:rsidP="001C6FD4">
            <w:pPr>
              <w:pStyle w:val="DaftarParagraf"/>
              <w:ind w:left="0"/>
              <w:rPr>
                <w:rFonts w:ascii="Times New Roman" w:hAnsi="Times New Roman" w:cs="Times New Roman"/>
                <w:b/>
                <w:bCs/>
                <w:sz w:val="24"/>
                <w:szCs w:val="24"/>
              </w:rPr>
            </w:pPr>
          </w:p>
          <w:p w14:paraId="0D803F4A" w14:textId="7345BE13" w:rsidR="00AE3031" w:rsidRPr="001C6FD4" w:rsidRDefault="00AE3031" w:rsidP="001C6FD4">
            <w:pPr>
              <w:pStyle w:val="DaftarParagraf"/>
              <w:ind w:left="0"/>
              <w:rPr>
                <w:rFonts w:ascii="Times New Roman" w:hAnsi="Times New Roman" w:cs="Times New Roman"/>
                <w:b/>
                <w:bCs/>
                <w:sz w:val="24"/>
                <w:szCs w:val="24"/>
              </w:rPr>
            </w:pPr>
          </w:p>
        </w:tc>
      </w:tr>
    </w:tbl>
    <w:p w14:paraId="69302057" w14:textId="77777777" w:rsidR="001A4F3C" w:rsidRPr="001C6FD4" w:rsidRDefault="001A4F3C" w:rsidP="001C6FD4">
      <w:pPr>
        <w:pStyle w:val="DaftarParagraf"/>
        <w:ind w:left="426"/>
        <w:rPr>
          <w:rFonts w:ascii="Times New Roman" w:hAnsi="Times New Roman" w:cs="Times New Roman"/>
          <w:b/>
          <w:bCs/>
          <w:sz w:val="24"/>
          <w:szCs w:val="24"/>
        </w:rPr>
      </w:pPr>
    </w:p>
    <w:p w14:paraId="64083A1C" w14:textId="77777777" w:rsidR="00F914D5" w:rsidRPr="001C6FD4" w:rsidRDefault="00F914D5" w:rsidP="001C6FD4">
      <w:pPr>
        <w:spacing w:line="276" w:lineRule="auto"/>
      </w:pPr>
    </w:p>
    <w:sectPr w:rsidR="00F914D5" w:rsidRPr="001C6FD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omorDafta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omorDafta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oinDaftar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oinDaftar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omorDafta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oinDaftar"/>
      <w:lvlText w:val=""/>
      <w:lvlJc w:val="left"/>
      <w:pPr>
        <w:tabs>
          <w:tab w:val="num" w:pos="360"/>
        </w:tabs>
        <w:ind w:left="360" w:hanging="360"/>
      </w:pPr>
      <w:rPr>
        <w:rFonts w:ascii="Symbol" w:hAnsi="Symbol" w:hint="default"/>
      </w:rPr>
    </w:lvl>
  </w:abstractNum>
  <w:abstractNum w:abstractNumId="9" w15:restartNumberingAfterBreak="0">
    <w:nsid w:val="06E36EA1"/>
    <w:multiLevelType w:val="hybridMultilevel"/>
    <w:tmpl w:val="95FA096A"/>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0F445E58"/>
    <w:multiLevelType w:val="hybridMultilevel"/>
    <w:tmpl w:val="8DA683BC"/>
    <w:lvl w:ilvl="0" w:tplc="6128D658">
      <w:start w:val="19"/>
      <w:numFmt w:val="bullet"/>
      <w:lvlText w:val="-"/>
      <w:lvlJc w:val="left"/>
      <w:pPr>
        <w:ind w:left="1069" w:hanging="360"/>
      </w:pPr>
      <w:rPr>
        <w:rFonts w:ascii="Cambria" w:eastAsiaTheme="minorEastAsia" w:hAnsi="Cambria" w:cstheme="minorBidi" w:hint="default"/>
      </w:rPr>
    </w:lvl>
    <w:lvl w:ilvl="1" w:tplc="04210003" w:tentative="1">
      <w:start w:val="1"/>
      <w:numFmt w:val="bullet"/>
      <w:lvlText w:val="o"/>
      <w:lvlJc w:val="left"/>
      <w:pPr>
        <w:ind w:left="1789" w:hanging="360"/>
      </w:pPr>
      <w:rPr>
        <w:rFonts w:ascii="Courier New" w:hAnsi="Courier New" w:hint="default"/>
      </w:rPr>
    </w:lvl>
    <w:lvl w:ilvl="2" w:tplc="04210005" w:tentative="1">
      <w:start w:val="1"/>
      <w:numFmt w:val="bullet"/>
      <w:lvlText w:val=""/>
      <w:lvlJc w:val="left"/>
      <w:pPr>
        <w:ind w:left="2509" w:hanging="360"/>
      </w:pPr>
      <w:rPr>
        <w:rFonts w:ascii="Wingdings" w:hAnsi="Wingdings" w:hint="default"/>
      </w:rPr>
    </w:lvl>
    <w:lvl w:ilvl="3" w:tplc="04210001" w:tentative="1">
      <w:start w:val="1"/>
      <w:numFmt w:val="bullet"/>
      <w:lvlText w:val=""/>
      <w:lvlJc w:val="left"/>
      <w:pPr>
        <w:ind w:left="3229" w:hanging="360"/>
      </w:pPr>
      <w:rPr>
        <w:rFonts w:ascii="Symbol" w:hAnsi="Symbol" w:hint="default"/>
      </w:rPr>
    </w:lvl>
    <w:lvl w:ilvl="4" w:tplc="04210003" w:tentative="1">
      <w:start w:val="1"/>
      <w:numFmt w:val="bullet"/>
      <w:lvlText w:val="o"/>
      <w:lvlJc w:val="left"/>
      <w:pPr>
        <w:ind w:left="3949" w:hanging="360"/>
      </w:pPr>
      <w:rPr>
        <w:rFonts w:ascii="Courier New" w:hAnsi="Courier New" w:hint="default"/>
      </w:rPr>
    </w:lvl>
    <w:lvl w:ilvl="5" w:tplc="04210005" w:tentative="1">
      <w:start w:val="1"/>
      <w:numFmt w:val="bullet"/>
      <w:lvlText w:val=""/>
      <w:lvlJc w:val="left"/>
      <w:pPr>
        <w:ind w:left="4669" w:hanging="360"/>
      </w:pPr>
      <w:rPr>
        <w:rFonts w:ascii="Wingdings" w:hAnsi="Wingdings" w:hint="default"/>
      </w:rPr>
    </w:lvl>
    <w:lvl w:ilvl="6" w:tplc="04210001" w:tentative="1">
      <w:start w:val="1"/>
      <w:numFmt w:val="bullet"/>
      <w:lvlText w:val=""/>
      <w:lvlJc w:val="left"/>
      <w:pPr>
        <w:ind w:left="5389" w:hanging="360"/>
      </w:pPr>
      <w:rPr>
        <w:rFonts w:ascii="Symbol" w:hAnsi="Symbol" w:hint="default"/>
      </w:rPr>
    </w:lvl>
    <w:lvl w:ilvl="7" w:tplc="04210003" w:tentative="1">
      <w:start w:val="1"/>
      <w:numFmt w:val="bullet"/>
      <w:lvlText w:val="o"/>
      <w:lvlJc w:val="left"/>
      <w:pPr>
        <w:ind w:left="6109" w:hanging="360"/>
      </w:pPr>
      <w:rPr>
        <w:rFonts w:ascii="Courier New" w:hAnsi="Courier New" w:hint="default"/>
      </w:rPr>
    </w:lvl>
    <w:lvl w:ilvl="8" w:tplc="04210005" w:tentative="1">
      <w:start w:val="1"/>
      <w:numFmt w:val="bullet"/>
      <w:lvlText w:val=""/>
      <w:lvlJc w:val="left"/>
      <w:pPr>
        <w:ind w:left="6829" w:hanging="360"/>
      </w:pPr>
      <w:rPr>
        <w:rFonts w:ascii="Wingdings" w:hAnsi="Wingdings" w:hint="default"/>
      </w:rPr>
    </w:lvl>
  </w:abstractNum>
  <w:abstractNum w:abstractNumId="11" w15:restartNumberingAfterBreak="0">
    <w:nsid w:val="37230AF1"/>
    <w:multiLevelType w:val="hybridMultilevel"/>
    <w:tmpl w:val="848EDB16"/>
    <w:lvl w:ilvl="0" w:tplc="D97C150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6A2148DA"/>
    <w:multiLevelType w:val="hybridMultilevel"/>
    <w:tmpl w:val="34B6884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6B1E363E"/>
    <w:multiLevelType w:val="hybridMultilevel"/>
    <w:tmpl w:val="5926672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9"/>
  </w:num>
  <w:num w:numId="11">
    <w:abstractNumId w:val="10"/>
  </w:num>
  <w:num w:numId="12">
    <w:abstractNumId w:val="13"/>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2BE4"/>
    <w:rsid w:val="00034616"/>
    <w:rsid w:val="0006063C"/>
    <w:rsid w:val="0015074B"/>
    <w:rsid w:val="001A4F3C"/>
    <w:rsid w:val="001C6FD4"/>
    <w:rsid w:val="00283210"/>
    <w:rsid w:val="0029639D"/>
    <w:rsid w:val="002D31BB"/>
    <w:rsid w:val="00326F90"/>
    <w:rsid w:val="00331DF1"/>
    <w:rsid w:val="004A4241"/>
    <w:rsid w:val="004F0A15"/>
    <w:rsid w:val="004F1EB4"/>
    <w:rsid w:val="00591BF9"/>
    <w:rsid w:val="005C7B90"/>
    <w:rsid w:val="00805C76"/>
    <w:rsid w:val="008C6F7F"/>
    <w:rsid w:val="008D28EF"/>
    <w:rsid w:val="00932B39"/>
    <w:rsid w:val="0096520E"/>
    <w:rsid w:val="00971AA8"/>
    <w:rsid w:val="009E62E9"/>
    <w:rsid w:val="009F0B74"/>
    <w:rsid w:val="00AA1D8D"/>
    <w:rsid w:val="00AB3124"/>
    <w:rsid w:val="00AE3031"/>
    <w:rsid w:val="00B47730"/>
    <w:rsid w:val="00BC4852"/>
    <w:rsid w:val="00BE79AE"/>
    <w:rsid w:val="00CB0664"/>
    <w:rsid w:val="00EF3248"/>
    <w:rsid w:val="00F914D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DAF8F58"/>
  <w14:defaultImageDpi w14:val="300"/>
  <w15:docId w15:val="{5D02BD64-A344-194C-941E-1E68530C4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0B74"/>
    <w:pPr>
      <w:spacing w:after="0" w:line="240" w:lineRule="auto"/>
    </w:pPr>
    <w:rPr>
      <w:rFonts w:ascii="Times New Roman" w:eastAsia="Times New Roman" w:hAnsi="Times New Roman" w:cs="Times New Roman"/>
      <w:sz w:val="24"/>
      <w:szCs w:val="24"/>
      <w:lang w:val="id-ID" w:eastAsia="id-ID"/>
    </w:rPr>
  </w:style>
  <w:style w:type="paragraph" w:styleId="Judul1">
    <w:name w:val="heading 1"/>
    <w:basedOn w:val="Normal"/>
    <w:next w:val="Normal"/>
    <w:link w:val="Judul1KAR"/>
    <w:uiPriority w:val="9"/>
    <w:qFormat/>
    <w:rsid w:val="00FC693F"/>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eastAsia="en-US"/>
    </w:rPr>
  </w:style>
  <w:style w:type="paragraph" w:styleId="Judul2">
    <w:name w:val="heading 2"/>
    <w:basedOn w:val="Normal"/>
    <w:next w:val="Normal"/>
    <w:link w:val="Judul2KAR"/>
    <w:uiPriority w:val="9"/>
    <w:unhideWhenUsed/>
    <w:qFormat/>
    <w:rsid w:val="00FC693F"/>
    <w:pPr>
      <w:keepNext/>
      <w:keepLines/>
      <w:spacing w:before="200" w:line="276" w:lineRule="auto"/>
      <w:outlineLvl w:val="1"/>
    </w:pPr>
    <w:rPr>
      <w:rFonts w:asciiTheme="majorHAnsi" w:eastAsiaTheme="majorEastAsia" w:hAnsiTheme="majorHAnsi" w:cstheme="majorBidi"/>
      <w:b/>
      <w:bCs/>
      <w:color w:val="4F81BD" w:themeColor="accent1"/>
      <w:sz w:val="26"/>
      <w:szCs w:val="26"/>
      <w:lang w:val="en-US" w:eastAsia="en-US"/>
    </w:rPr>
  </w:style>
  <w:style w:type="paragraph" w:styleId="Judul3">
    <w:name w:val="heading 3"/>
    <w:basedOn w:val="Normal"/>
    <w:next w:val="Normal"/>
    <w:link w:val="Judul3KAR"/>
    <w:uiPriority w:val="9"/>
    <w:unhideWhenUsed/>
    <w:qFormat/>
    <w:rsid w:val="00FC693F"/>
    <w:pPr>
      <w:keepNext/>
      <w:keepLines/>
      <w:spacing w:before="200" w:line="276" w:lineRule="auto"/>
      <w:outlineLvl w:val="2"/>
    </w:pPr>
    <w:rPr>
      <w:rFonts w:asciiTheme="majorHAnsi" w:eastAsiaTheme="majorEastAsia" w:hAnsiTheme="majorHAnsi" w:cstheme="majorBidi"/>
      <w:b/>
      <w:bCs/>
      <w:color w:val="4F81BD" w:themeColor="accent1"/>
      <w:sz w:val="22"/>
      <w:szCs w:val="22"/>
      <w:lang w:val="en-US" w:eastAsia="en-US"/>
    </w:rPr>
  </w:style>
  <w:style w:type="paragraph" w:styleId="Judul4">
    <w:name w:val="heading 4"/>
    <w:basedOn w:val="Normal"/>
    <w:next w:val="Normal"/>
    <w:link w:val="Judul4KAR"/>
    <w:uiPriority w:val="9"/>
    <w:semiHidden/>
    <w:unhideWhenUsed/>
    <w:qFormat/>
    <w:rsid w:val="00FC693F"/>
    <w:pPr>
      <w:keepNext/>
      <w:keepLines/>
      <w:spacing w:before="200" w:line="276" w:lineRule="auto"/>
      <w:outlineLvl w:val="3"/>
    </w:pPr>
    <w:rPr>
      <w:rFonts w:asciiTheme="majorHAnsi" w:eastAsiaTheme="majorEastAsia" w:hAnsiTheme="majorHAnsi" w:cstheme="majorBidi"/>
      <w:b/>
      <w:bCs/>
      <w:i/>
      <w:iCs/>
      <w:color w:val="4F81BD" w:themeColor="accent1"/>
      <w:sz w:val="22"/>
      <w:szCs w:val="22"/>
      <w:lang w:val="en-US" w:eastAsia="en-US"/>
    </w:rPr>
  </w:style>
  <w:style w:type="paragraph" w:styleId="Judul5">
    <w:name w:val="heading 5"/>
    <w:basedOn w:val="Normal"/>
    <w:next w:val="Normal"/>
    <w:link w:val="Judul5KAR"/>
    <w:uiPriority w:val="9"/>
    <w:semiHidden/>
    <w:unhideWhenUsed/>
    <w:qFormat/>
    <w:rsid w:val="00FC693F"/>
    <w:pPr>
      <w:keepNext/>
      <w:keepLines/>
      <w:spacing w:before="200" w:line="276" w:lineRule="auto"/>
      <w:outlineLvl w:val="4"/>
    </w:pPr>
    <w:rPr>
      <w:rFonts w:asciiTheme="majorHAnsi" w:eastAsiaTheme="majorEastAsia" w:hAnsiTheme="majorHAnsi" w:cstheme="majorBidi"/>
      <w:color w:val="243F60" w:themeColor="accent1" w:themeShade="7F"/>
      <w:sz w:val="22"/>
      <w:szCs w:val="22"/>
      <w:lang w:val="en-US" w:eastAsia="en-US"/>
    </w:rPr>
  </w:style>
  <w:style w:type="paragraph" w:styleId="Judul6">
    <w:name w:val="heading 6"/>
    <w:basedOn w:val="Normal"/>
    <w:next w:val="Normal"/>
    <w:link w:val="Judul6KAR"/>
    <w:uiPriority w:val="9"/>
    <w:semiHidden/>
    <w:unhideWhenUsed/>
    <w:qFormat/>
    <w:rsid w:val="00FC693F"/>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lang w:val="en-US" w:eastAsia="en-US"/>
    </w:rPr>
  </w:style>
  <w:style w:type="paragraph" w:styleId="Judul7">
    <w:name w:val="heading 7"/>
    <w:basedOn w:val="Normal"/>
    <w:next w:val="Normal"/>
    <w:link w:val="Judul7KAR"/>
    <w:uiPriority w:val="9"/>
    <w:semiHidden/>
    <w:unhideWhenUsed/>
    <w:qFormat/>
    <w:rsid w:val="00FC693F"/>
    <w:pPr>
      <w:keepNext/>
      <w:keepLines/>
      <w:spacing w:before="200" w:line="276" w:lineRule="auto"/>
      <w:outlineLvl w:val="6"/>
    </w:pPr>
    <w:rPr>
      <w:rFonts w:asciiTheme="majorHAnsi" w:eastAsiaTheme="majorEastAsia" w:hAnsiTheme="majorHAnsi" w:cstheme="majorBidi"/>
      <w:i/>
      <w:iCs/>
      <w:color w:val="404040" w:themeColor="text1" w:themeTint="BF"/>
      <w:sz w:val="22"/>
      <w:szCs w:val="22"/>
      <w:lang w:val="en-US" w:eastAsia="en-US"/>
    </w:rPr>
  </w:style>
  <w:style w:type="paragraph" w:styleId="Judul8">
    <w:name w:val="heading 8"/>
    <w:basedOn w:val="Normal"/>
    <w:next w:val="Normal"/>
    <w:link w:val="Judul8KAR"/>
    <w:uiPriority w:val="9"/>
    <w:semiHidden/>
    <w:unhideWhenUsed/>
    <w:qFormat/>
    <w:rsid w:val="00FC693F"/>
    <w:pPr>
      <w:keepNext/>
      <w:keepLines/>
      <w:spacing w:before="200" w:line="276" w:lineRule="auto"/>
      <w:outlineLvl w:val="7"/>
    </w:pPr>
    <w:rPr>
      <w:rFonts w:asciiTheme="majorHAnsi" w:eastAsiaTheme="majorEastAsia" w:hAnsiTheme="majorHAnsi" w:cstheme="majorBidi"/>
      <w:color w:val="4F81BD" w:themeColor="accent1"/>
      <w:sz w:val="20"/>
      <w:szCs w:val="20"/>
      <w:lang w:val="en-US" w:eastAsia="en-US"/>
    </w:rPr>
  </w:style>
  <w:style w:type="paragraph" w:styleId="Judul9">
    <w:name w:val="heading 9"/>
    <w:basedOn w:val="Normal"/>
    <w:next w:val="Normal"/>
    <w:link w:val="Judul9KAR"/>
    <w:uiPriority w:val="9"/>
    <w:semiHidden/>
    <w:unhideWhenUsed/>
    <w:qFormat/>
    <w:rsid w:val="00FC693F"/>
    <w:pPr>
      <w:keepNext/>
      <w:keepLines/>
      <w:spacing w:before="200" w:line="276" w:lineRule="auto"/>
      <w:outlineLvl w:val="8"/>
    </w:pPr>
    <w:rPr>
      <w:rFonts w:asciiTheme="majorHAnsi" w:eastAsiaTheme="majorEastAsia" w:hAnsiTheme="majorHAnsi" w:cstheme="majorBidi"/>
      <w:i/>
      <w:iCs/>
      <w:color w:val="404040" w:themeColor="text1" w:themeTint="BF"/>
      <w:sz w:val="20"/>
      <w:szCs w:val="20"/>
      <w:lang w:val="en-US" w:eastAsia="en-US"/>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Header">
    <w:name w:val="header"/>
    <w:basedOn w:val="Normal"/>
    <w:link w:val="HeaderKAR"/>
    <w:uiPriority w:val="99"/>
    <w:unhideWhenUsed/>
    <w:rsid w:val="00E618BF"/>
    <w:pPr>
      <w:tabs>
        <w:tab w:val="center" w:pos="4680"/>
        <w:tab w:val="right" w:pos="9360"/>
      </w:tabs>
    </w:pPr>
    <w:rPr>
      <w:rFonts w:asciiTheme="minorHAnsi" w:eastAsiaTheme="minorEastAsia" w:hAnsiTheme="minorHAnsi" w:cstheme="minorBidi"/>
      <w:sz w:val="22"/>
      <w:szCs w:val="22"/>
      <w:lang w:val="en-US" w:eastAsia="en-US"/>
    </w:rPr>
  </w:style>
  <w:style w:type="character" w:customStyle="1" w:styleId="HeaderKAR">
    <w:name w:val="Header KAR"/>
    <w:basedOn w:val="FontParagrafDefault"/>
    <w:link w:val="Header"/>
    <w:uiPriority w:val="99"/>
    <w:rsid w:val="00E618BF"/>
  </w:style>
  <w:style w:type="paragraph" w:styleId="Footer">
    <w:name w:val="footer"/>
    <w:basedOn w:val="Normal"/>
    <w:link w:val="FooterKAR"/>
    <w:uiPriority w:val="99"/>
    <w:unhideWhenUsed/>
    <w:rsid w:val="00E618BF"/>
    <w:pPr>
      <w:tabs>
        <w:tab w:val="center" w:pos="4680"/>
        <w:tab w:val="right" w:pos="9360"/>
      </w:tabs>
    </w:pPr>
    <w:rPr>
      <w:rFonts w:asciiTheme="minorHAnsi" w:eastAsiaTheme="minorEastAsia" w:hAnsiTheme="minorHAnsi" w:cstheme="minorBidi"/>
      <w:sz w:val="22"/>
      <w:szCs w:val="22"/>
      <w:lang w:val="en-US" w:eastAsia="en-US"/>
    </w:rPr>
  </w:style>
  <w:style w:type="character" w:customStyle="1" w:styleId="FooterKAR">
    <w:name w:val="Footer KAR"/>
    <w:basedOn w:val="FontParagrafDefault"/>
    <w:link w:val="Footer"/>
    <w:uiPriority w:val="99"/>
    <w:rsid w:val="00E618BF"/>
  </w:style>
  <w:style w:type="paragraph" w:styleId="TidakAdaSpasi">
    <w:name w:val="No Spacing"/>
    <w:uiPriority w:val="1"/>
    <w:qFormat/>
    <w:rsid w:val="00FC693F"/>
    <w:pPr>
      <w:spacing w:after="0" w:line="240" w:lineRule="auto"/>
    </w:pPr>
  </w:style>
  <w:style w:type="character" w:customStyle="1" w:styleId="Judul1KAR">
    <w:name w:val="Judul 1 KAR"/>
    <w:basedOn w:val="FontParagrafDefault"/>
    <w:link w:val="Judu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Judul2KAR">
    <w:name w:val="Judul 2 KAR"/>
    <w:basedOn w:val="FontParagrafDefault"/>
    <w:link w:val="Judul2"/>
    <w:uiPriority w:val="9"/>
    <w:rsid w:val="00FC693F"/>
    <w:rPr>
      <w:rFonts w:asciiTheme="majorHAnsi" w:eastAsiaTheme="majorEastAsia" w:hAnsiTheme="majorHAnsi" w:cstheme="majorBidi"/>
      <w:b/>
      <w:bCs/>
      <w:color w:val="4F81BD" w:themeColor="accent1"/>
      <w:sz w:val="26"/>
      <w:szCs w:val="26"/>
    </w:rPr>
  </w:style>
  <w:style w:type="character" w:customStyle="1" w:styleId="Judul3KAR">
    <w:name w:val="Judul 3 KAR"/>
    <w:basedOn w:val="FontParagrafDefault"/>
    <w:link w:val="Judul3"/>
    <w:uiPriority w:val="9"/>
    <w:rsid w:val="00FC693F"/>
    <w:rPr>
      <w:rFonts w:asciiTheme="majorHAnsi" w:eastAsiaTheme="majorEastAsia" w:hAnsiTheme="majorHAnsi" w:cstheme="majorBidi"/>
      <w:b/>
      <w:bCs/>
      <w:color w:val="4F81BD" w:themeColor="accent1"/>
    </w:rPr>
  </w:style>
  <w:style w:type="paragraph" w:styleId="Judul">
    <w:name w:val="Title"/>
    <w:basedOn w:val="Normal"/>
    <w:next w:val="Normal"/>
    <w:link w:val="JudulKAR"/>
    <w:uiPriority w:val="10"/>
    <w:qFormat/>
    <w:rsid w:val="00FC69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eastAsia="en-US"/>
    </w:rPr>
  </w:style>
  <w:style w:type="character" w:customStyle="1" w:styleId="JudulKAR">
    <w:name w:val="Judul KAR"/>
    <w:basedOn w:val="FontParagrafDefault"/>
    <w:link w:val="Judu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judul">
    <w:name w:val="Subtitle"/>
    <w:basedOn w:val="Normal"/>
    <w:next w:val="Normal"/>
    <w:link w:val="SubjudulKAR"/>
    <w:uiPriority w:val="11"/>
    <w:qFormat/>
    <w:rsid w:val="00FC693F"/>
    <w:pPr>
      <w:numPr>
        <w:ilvl w:val="1"/>
      </w:numPr>
      <w:spacing w:after="200" w:line="276" w:lineRule="auto"/>
    </w:pPr>
    <w:rPr>
      <w:rFonts w:asciiTheme="majorHAnsi" w:eastAsiaTheme="majorEastAsia" w:hAnsiTheme="majorHAnsi" w:cstheme="majorBidi"/>
      <w:i/>
      <w:iCs/>
      <w:color w:val="4F81BD" w:themeColor="accent1"/>
      <w:spacing w:val="15"/>
      <w:lang w:val="en-US" w:eastAsia="en-US"/>
    </w:rPr>
  </w:style>
  <w:style w:type="character" w:customStyle="1" w:styleId="SubjudulKAR">
    <w:name w:val="Subjudul KAR"/>
    <w:basedOn w:val="FontParagrafDefault"/>
    <w:link w:val="Subjudul"/>
    <w:uiPriority w:val="11"/>
    <w:rsid w:val="00FC693F"/>
    <w:rPr>
      <w:rFonts w:asciiTheme="majorHAnsi" w:eastAsiaTheme="majorEastAsia" w:hAnsiTheme="majorHAnsi" w:cstheme="majorBidi"/>
      <w:i/>
      <w:iCs/>
      <w:color w:val="4F81BD" w:themeColor="accent1"/>
      <w:spacing w:val="15"/>
      <w:sz w:val="24"/>
      <w:szCs w:val="24"/>
    </w:rPr>
  </w:style>
  <w:style w:type="paragraph" w:styleId="DaftarParagraf">
    <w:name w:val="List Paragraph"/>
    <w:basedOn w:val="Normal"/>
    <w:uiPriority w:val="34"/>
    <w:qFormat/>
    <w:rsid w:val="00FC693F"/>
    <w:pPr>
      <w:spacing w:after="200" w:line="276" w:lineRule="auto"/>
      <w:ind w:left="720"/>
      <w:contextualSpacing/>
    </w:pPr>
    <w:rPr>
      <w:rFonts w:asciiTheme="minorHAnsi" w:eastAsiaTheme="minorEastAsia" w:hAnsiTheme="minorHAnsi" w:cstheme="minorBidi"/>
      <w:sz w:val="22"/>
      <w:szCs w:val="22"/>
      <w:lang w:val="en-US" w:eastAsia="en-US"/>
    </w:rPr>
  </w:style>
  <w:style w:type="paragraph" w:styleId="TeksIsi">
    <w:name w:val="Body Text"/>
    <w:basedOn w:val="Normal"/>
    <w:link w:val="TeksIsiKAR"/>
    <w:uiPriority w:val="99"/>
    <w:unhideWhenUsed/>
    <w:rsid w:val="00AA1D8D"/>
    <w:pPr>
      <w:spacing w:after="120" w:line="276" w:lineRule="auto"/>
    </w:pPr>
    <w:rPr>
      <w:rFonts w:asciiTheme="minorHAnsi" w:eastAsiaTheme="minorEastAsia" w:hAnsiTheme="minorHAnsi" w:cstheme="minorBidi"/>
      <w:sz w:val="22"/>
      <w:szCs w:val="22"/>
      <w:lang w:val="en-US" w:eastAsia="en-US"/>
    </w:rPr>
  </w:style>
  <w:style w:type="character" w:customStyle="1" w:styleId="TeksIsiKAR">
    <w:name w:val="Teks Isi KAR"/>
    <w:basedOn w:val="FontParagrafDefault"/>
    <w:link w:val="TeksIsi"/>
    <w:uiPriority w:val="99"/>
    <w:rsid w:val="00AA1D8D"/>
  </w:style>
  <w:style w:type="paragraph" w:styleId="TeksIsi2">
    <w:name w:val="Body Text 2"/>
    <w:basedOn w:val="Normal"/>
    <w:link w:val="TeksIsi2KAR"/>
    <w:uiPriority w:val="99"/>
    <w:unhideWhenUsed/>
    <w:rsid w:val="00AA1D8D"/>
    <w:pPr>
      <w:spacing w:after="120" w:line="480" w:lineRule="auto"/>
    </w:pPr>
    <w:rPr>
      <w:rFonts w:asciiTheme="minorHAnsi" w:eastAsiaTheme="minorEastAsia" w:hAnsiTheme="minorHAnsi" w:cstheme="minorBidi"/>
      <w:sz w:val="22"/>
      <w:szCs w:val="22"/>
      <w:lang w:val="en-US" w:eastAsia="en-US"/>
    </w:rPr>
  </w:style>
  <w:style w:type="character" w:customStyle="1" w:styleId="TeksIsi2KAR">
    <w:name w:val="Teks Isi 2 KAR"/>
    <w:basedOn w:val="FontParagrafDefault"/>
    <w:link w:val="TeksIsi2"/>
    <w:uiPriority w:val="99"/>
    <w:rsid w:val="00AA1D8D"/>
  </w:style>
  <w:style w:type="paragraph" w:styleId="TeksIsi3">
    <w:name w:val="Body Text 3"/>
    <w:basedOn w:val="Normal"/>
    <w:link w:val="TeksIsi3KAR"/>
    <w:uiPriority w:val="99"/>
    <w:unhideWhenUsed/>
    <w:rsid w:val="00AA1D8D"/>
    <w:pPr>
      <w:spacing w:after="120" w:line="276" w:lineRule="auto"/>
    </w:pPr>
    <w:rPr>
      <w:rFonts w:asciiTheme="minorHAnsi" w:eastAsiaTheme="minorEastAsia" w:hAnsiTheme="minorHAnsi" w:cstheme="minorBidi"/>
      <w:sz w:val="16"/>
      <w:szCs w:val="16"/>
      <w:lang w:val="en-US" w:eastAsia="en-US"/>
    </w:rPr>
  </w:style>
  <w:style w:type="character" w:customStyle="1" w:styleId="TeksIsi3KAR">
    <w:name w:val="Teks Isi 3 KAR"/>
    <w:basedOn w:val="FontParagrafDefault"/>
    <w:link w:val="TeksIsi3"/>
    <w:uiPriority w:val="99"/>
    <w:rsid w:val="00AA1D8D"/>
    <w:rPr>
      <w:sz w:val="16"/>
      <w:szCs w:val="16"/>
    </w:rPr>
  </w:style>
  <w:style w:type="paragraph" w:styleId="Daftar">
    <w:name w:val="List"/>
    <w:basedOn w:val="Normal"/>
    <w:uiPriority w:val="99"/>
    <w:unhideWhenUsed/>
    <w:rsid w:val="00AA1D8D"/>
    <w:pPr>
      <w:spacing w:after="200" w:line="276" w:lineRule="auto"/>
      <w:ind w:left="360" w:hanging="360"/>
      <w:contextualSpacing/>
    </w:pPr>
    <w:rPr>
      <w:rFonts w:asciiTheme="minorHAnsi" w:eastAsiaTheme="minorEastAsia" w:hAnsiTheme="minorHAnsi" w:cstheme="minorBidi"/>
      <w:sz w:val="22"/>
      <w:szCs w:val="22"/>
      <w:lang w:val="en-US" w:eastAsia="en-US"/>
    </w:rPr>
  </w:style>
  <w:style w:type="paragraph" w:styleId="Daftar2">
    <w:name w:val="List 2"/>
    <w:basedOn w:val="Normal"/>
    <w:uiPriority w:val="99"/>
    <w:unhideWhenUsed/>
    <w:rsid w:val="00326F90"/>
    <w:pPr>
      <w:spacing w:after="200" w:line="276" w:lineRule="auto"/>
      <w:ind w:left="720" w:hanging="360"/>
      <w:contextualSpacing/>
    </w:pPr>
    <w:rPr>
      <w:rFonts w:asciiTheme="minorHAnsi" w:eastAsiaTheme="minorEastAsia" w:hAnsiTheme="minorHAnsi" w:cstheme="minorBidi"/>
      <w:sz w:val="22"/>
      <w:szCs w:val="22"/>
      <w:lang w:val="en-US" w:eastAsia="en-US"/>
    </w:rPr>
  </w:style>
  <w:style w:type="paragraph" w:styleId="Daftar3">
    <w:name w:val="List 3"/>
    <w:basedOn w:val="Normal"/>
    <w:uiPriority w:val="99"/>
    <w:unhideWhenUsed/>
    <w:rsid w:val="00326F90"/>
    <w:pPr>
      <w:spacing w:after="200" w:line="276" w:lineRule="auto"/>
      <w:ind w:left="1080" w:hanging="360"/>
      <w:contextualSpacing/>
    </w:pPr>
    <w:rPr>
      <w:rFonts w:asciiTheme="minorHAnsi" w:eastAsiaTheme="minorEastAsia" w:hAnsiTheme="minorHAnsi" w:cstheme="minorBidi"/>
      <w:sz w:val="22"/>
      <w:szCs w:val="22"/>
      <w:lang w:val="en-US" w:eastAsia="en-US"/>
    </w:rPr>
  </w:style>
  <w:style w:type="paragraph" w:styleId="PoinDaftar">
    <w:name w:val="List Bullet"/>
    <w:basedOn w:val="Normal"/>
    <w:uiPriority w:val="99"/>
    <w:unhideWhenUsed/>
    <w:rsid w:val="00326F90"/>
    <w:pPr>
      <w:numPr>
        <w:numId w:val="1"/>
      </w:numPr>
      <w:spacing w:after="200" w:line="276" w:lineRule="auto"/>
      <w:contextualSpacing/>
    </w:pPr>
    <w:rPr>
      <w:rFonts w:asciiTheme="minorHAnsi" w:eastAsiaTheme="minorEastAsia" w:hAnsiTheme="minorHAnsi" w:cstheme="minorBidi"/>
      <w:sz w:val="22"/>
      <w:szCs w:val="22"/>
      <w:lang w:val="en-US" w:eastAsia="en-US"/>
    </w:rPr>
  </w:style>
  <w:style w:type="paragraph" w:styleId="PoinDaftar2">
    <w:name w:val="List Bullet 2"/>
    <w:basedOn w:val="Normal"/>
    <w:uiPriority w:val="99"/>
    <w:unhideWhenUsed/>
    <w:rsid w:val="00326F90"/>
    <w:pPr>
      <w:numPr>
        <w:numId w:val="2"/>
      </w:numPr>
      <w:spacing w:after="200" w:line="276" w:lineRule="auto"/>
      <w:contextualSpacing/>
    </w:pPr>
    <w:rPr>
      <w:rFonts w:asciiTheme="minorHAnsi" w:eastAsiaTheme="minorEastAsia" w:hAnsiTheme="minorHAnsi" w:cstheme="minorBidi"/>
      <w:sz w:val="22"/>
      <w:szCs w:val="22"/>
      <w:lang w:val="en-US" w:eastAsia="en-US"/>
    </w:rPr>
  </w:style>
  <w:style w:type="paragraph" w:styleId="PoinDaftar3">
    <w:name w:val="List Bullet 3"/>
    <w:basedOn w:val="Normal"/>
    <w:uiPriority w:val="99"/>
    <w:unhideWhenUsed/>
    <w:rsid w:val="00326F90"/>
    <w:pPr>
      <w:numPr>
        <w:numId w:val="3"/>
      </w:numPr>
      <w:spacing w:after="200" w:line="276" w:lineRule="auto"/>
      <w:contextualSpacing/>
    </w:pPr>
    <w:rPr>
      <w:rFonts w:asciiTheme="minorHAnsi" w:eastAsiaTheme="minorEastAsia" w:hAnsiTheme="minorHAnsi" w:cstheme="minorBidi"/>
      <w:sz w:val="22"/>
      <w:szCs w:val="22"/>
      <w:lang w:val="en-US" w:eastAsia="en-US"/>
    </w:rPr>
  </w:style>
  <w:style w:type="paragraph" w:styleId="NomorDaftar">
    <w:name w:val="List Number"/>
    <w:basedOn w:val="Normal"/>
    <w:uiPriority w:val="99"/>
    <w:unhideWhenUsed/>
    <w:rsid w:val="00326F90"/>
    <w:pPr>
      <w:numPr>
        <w:numId w:val="5"/>
      </w:numPr>
      <w:spacing w:after="200" w:line="276" w:lineRule="auto"/>
      <w:contextualSpacing/>
    </w:pPr>
    <w:rPr>
      <w:rFonts w:asciiTheme="minorHAnsi" w:eastAsiaTheme="minorEastAsia" w:hAnsiTheme="minorHAnsi" w:cstheme="minorBidi"/>
      <w:sz w:val="22"/>
      <w:szCs w:val="22"/>
      <w:lang w:val="en-US" w:eastAsia="en-US"/>
    </w:rPr>
  </w:style>
  <w:style w:type="paragraph" w:styleId="NomorDaftar2">
    <w:name w:val="List Number 2"/>
    <w:basedOn w:val="Normal"/>
    <w:uiPriority w:val="99"/>
    <w:unhideWhenUsed/>
    <w:rsid w:val="0029639D"/>
    <w:pPr>
      <w:numPr>
        <w:numId w:val="6"/>
      </w:numPr>
      <w:spacing w:after="200" w:line="276" w:lineRule="auto"/>
      <w:contextualSpacing/>
    </w:pPr>
    <w:rPr>
      <w:rFonts w:asciiTheme="minorHAnsi" w:eastAsiaTheme="minorEastAsia" w:hAnsiTheme="minorHAnsi" w:cstheme="minorBidi"/>
      <w:sz w:val="22"/>
      <w:szCs w:val="22"/>
      <w:lang w:val="en-US" w:eastAsia="en-US"/>
    </w:rPr>
  </w:style>
  <w:style w:type="paragraph" w:styleId="NomorDaftar3">
    <w:name w:val="List Number 3"/>
    <w:basedOn w:val="Normal"/>
    <w:uiPriority w:val="99"/>
    <w:unhideWhenUsed/>
    <w:rsid w:val="0029639D"/>
    <w:pPr>
      <w:numPr>
        <w:numId w:val="7"/>
      </w:numPr>
      <w:spacing w:after="200" w:line="276" w:lineRule="auto"/>
      <w:contextualSpacing/>
    </w:pPr>
    <w:rPr>
      <w:rFonts w:asciiTheme="minorHAnsi" w:eastAsiaTheme="minorEastAsia" w:hAnsiTheme="minorHAnsi" w:cstheme="minorBidi"/>
      <w:sz w:val="22"/>
      <w:szCs w:val="22"/>
      <w:lang w:val="en-US" w:eastAsia="en-US"/>
    </w:rPr>
  </w:style>
  <w:style w:type="paragraph" w:styleId="DaftarBerkelanjutan">
    <w:name w:val="List Continue"/>
    <w:basedOn w:val="Normal"/>
    <w:uiPriority w:val="99"/>
    <w:unhideWhenUsed/>
    <w:rsid w:val="0029639D"/>
    <w:pPr>
      <w:spacing w:after="120" w:line="276" w:lineRule="auto"/>
      <w:ind w:left="360"/>
      <w:contextualSpacing/>
    </w:pPr>
    <w:rPr>
      <w:rFonts w:asciiTheme="minorHAnsi" w:eastAsiaTheme="minorEastAsia" w:hAnsiTheme="minorHAnsi" w:cstheme="minorBidi"/>
      <w:sz w:val="22"/>
      <w:szCs w:val="22"/>
      <w:lang w:val="en-US" w:eastAsia="en-US"/>
    </w:rPr>
  </w:style>
  <w:style w:type="paragraph" w:styleId="DaftarBerkelanjutan2">
    <w:name w:val="List Continue 2"/>
    <w:basedOn w:val="Normal"/>
    <w:uiPriority w:val="99"/>
    <w:unhideWhenUsed/>
    <w:rsid w:val="0029639D"/>
    <w:pPr>
      <w:spacing w:after="120" w:line="276" w:lineRule="auto"/>
      <w:ind w:left="720"/>
      <w:contextualSpacing/>
    </w:pPr>
    <w:rPr>
      <w:rFonts w:asciiTheme="minorHAnsi" w:eastAsiaTheme="minorEastAsia" w:hAnsiTheme="minorHAnsi" w:cstheme="minorBidi"/>
      <w:sz w:val="22"/>
      <w:szCs w:val="22"/>
      <w:lang w:val="en-US" w:eastAsia="en-US"/>
    </w:rPr>
  </w:style>
  <w:style w:type="paragraph" w:styleId="DaftarBerkelanjutan3">
    <w:name w:val="List Continue 3"/>
    <w:basedOn w:val="Normal"/>
    <w:uiPriority w:val="99"/>
    <w:unhideWhenUsed/>
    <w:rsid w:val="0029639D"/>
    <w:pPr>
      <w:spacing w:after="120" w:line="276" w:lineRule="auto"/>
      <w:ind w:left="1080"/>
      <w:contextualSpacing/>
    </w:pPr>
    <w:rPr>
      <w:rFonts w:asciiTheme="minorHAnsi" w:eastAsiaTheme="minorEastAsia" w:hAnsiTheme="minorHAnsi" w:cstheme="minorBidi"/>
      <w:sz w:val="22"/>
      <w:szCs w:val="22"/>
      <w:lang w:val="en-US" w:eastAsia="en-US"/>
    </w:rPr>
  </w:style>
  <w:style w:type="paragraph" w:styleId="TeksMakro">
    <w:name w:val="macro"/>
    <w:link w:val="TeksMakroK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ksMakroKAR">
    <w:name w:val="Teks Makro KAR"/>
    <w:basedOn w:val="FontParagrafDefault"/>
    <w:link w:val="TeksMakro"/>
    <w:uiPriority w:val="99"/>
    <w:rsid w:val="0029639D"/>
    <w:rPr>
      <w:rFonts w:ascii="Courier" w:hAnsi="Courier"/>
      <w:sz w:val="20"/>
      <w:szCs w:val="20"/>
    </w:rPr>
  </w:style>
  <w:style w:type="paragraph" w:styleId="Kutipan">
    <w:name w:val="Quote"/>
    <w:basedOn w:val="Normal"/>
    <w:next w:val="Normal"/>
    <w:link w:val="KutipanKAR"/>
    <w:uiPriority w:val="29"/>
    <w:qFormat/>
    <w:rsid w:val="00FC693F"/>
    <w:pPr>
      <w:spacing w:after="200" w:line="276" w:lineRule="auto"/>
    </w:pPr>
    <w:rPr>
      <w:rFonts w:asciiTheme="minorHAnsi" w:eastAsiaTheme="minorEastAsia" w:hAnsiTheme="minorHAnsi" w:cstheme="minorBidi"/>
      <w:i/>
      <w:iCs/>
      <w:color w:val="000000" w:themeColor="text1"/>
      <w:sz w:val="22"/>
      <w:szCs w:val="22"/>
      <w:lang w:val="en-US" w:eastAsia="en-US"/>
    </w:rPr>
  </w:style>
  <w:style w:type="character" w:customStyle="1" w:styleId="KutipanKAR">
    <w:name w:val="Kutipan KAR"/>
    <w:basedOn w:val="FontParagrafDefault"/>
    <w:link w:val="Kutipan"/>
    <w:uiPriority w:val="29"/>
    <w:rsid w:val="00FC693F"/>
    <w:rPr>
      <w:i/>
      <w:iCs/>
      <w:color w:val="000000" w:themeColor="text1"/>
    </w:rPr>
  </w:style>
  <w:style w:type="character" w:customStyle="1" w:styleId="Judul4KAR">
    <w:name w:val="Judul 4 KAR"/>
    <w:basedOn w:val="FontParagrafDefault"/>
    <w:link w:val="Judul4"/>
    <w:uiPriority w:val="9"/>
    <w:semiHidden/>
    <w:rsid w:val="00FC693F"/>
    <w:rPr>
      <w:rFonts w:asciiTheme="majorHAnsi" w:eastAsiaTheme="majorEastAsia" w:hAnsiTheme="majorHAnsi" w:cstheme="majorBidi"/>
      <w:b/>
      <w:bCs/>
      <w:i/>
      <w:iCs/>
      <w:color w:val="4F81BD" w:themeColor="accent1"/>
    </w:rPr>
  </w:style>
  <w:style w:type="character" w:customStyle="1" w:styleId="Judul5KAR">
    <w:name w:val="Judul 5 KAR"/>
    <w:basedOn w:val="FontParagrafDefault"/>
    <w:link w:val="Judul5"/>
    <w:uiPriority w:val="9"/>
    <w:semiHidden/>
    <w:rsid w:val="00FC693F"/>
    <w:rPr>
      <w:rFonts w:asciiTheme="majorHAnsi" w:eastAsiaTheme="majorEastAsia" w:hAnsiTheme="majorHAnsi" w:cstheme="majorBidi"/>
      <w:color w:val="243F60" w:themeColor="accent1" w:themeShade="7F"/>
    </w:rPr>
  </w:style>
  <w:style w:type="character" w:customStyle="1" w:styleId="Judul6KAR">
    <w:name w:val="Judul 6 KAR"/>
    <w:basedOn w:val="FontParagrafDefault"/>
    <w:link w:val="Judul6"/>
    <w:uiPriority w:val="9"/>
    <w:semiHidden/>
    <w:rsid w:val="00FC693F"/>
    <w:rPr>
      <w:rFonts w:asciiTheme="majorHAnsi" w:eastAsiaTheme="majorEastAsia" w:hAnsiTheme="majorHAnsi" w:cstheme="majorBidi"/>
      <w:i/>
      <w:iCs/>
      <w:color w:val="243F60" w:themeColor="accent1" w:themeShade="7F"/>
    </w:rPr>
  </w:style>
  <w:style w:type="character" w:customStyle="1" w:styleId="Judul7KAR">
    <w:name w:val="Judul 7 KAR"/>
    <w:basedOn w:val="FontParagrafDefault"/>
    <w:link w:val="Judul7"/>
    <w:uiPriority w:val="9"/>
    <w:semiHidden/>
    <w:rsid w:val="00FC693F"/>
    <w:rPr>
      <w:rFonts w:asciiTheme="majorHAnsi" w:eastAsiaTheme="majorEastAsia" w:hAnsiTheme="majorHAnsi" w:cstheme="majorBidi"/>
      <w:i/>
      <w:iCs/>
      <w:color w:val="404040" w:themeColor="text1" w:themeTint="BF"/>
    </w:rPr>
  </w:style>
  <w:style w:type="character" w:customStyle="1" w:styleId="Judul8KAR">
    <w:name w:val="Judul 8 KAR"/>
    <w:basedOn w:val="FontParagrafDefault"/>
    <w:link w:val="Judul8"/>
    <w:uiPriority w:val="9"/>
    <w:semiHidden/>
    <w:rsid w:val="00FC693F"/>
    <w:rPr>
      <w:rFonts w:asciiTheme="majorHAnsi" w:eastAsiaTheme="majorEastAsia" w:hAnsiTheme="majorHAnsi" w:cstheme="majorBidi"/>
      <w:color w:val="4F81BD" w:themeColor="accent1"/>
      <w:sz w:val="20"/>
      <w:szCs w:val="20"/>
    </w:rPr>
  </w:style>
  <w:style w:type="character" w:customStyle="1" w:styleId="Judul9KAR">
    <w:name w:val="Judul 9 KAR"/>
    <w:basedOn w:val="FontParagrafDefault"/>
    <w:link w:val="Judul9"/>
    <w:uiPriority w:val="9"/>
    <w:semiHidden/>
    <w:rsid w:val="00FC693F"/>
    <w:rPr>
      <w:rFonts w:asciiTheme="majorHAnsi" w:eastAsiaTheme="majorEastAsia" w:hAnsiTheme="majorHAnsi" w:cstheme="majorBidi"/>
      <w:i/>
      <w:iCs/>
      <w:color w:val="404040" w:themeColor="text1" w:themeTint="BF"/>
      <w:sz w:val="20"/>
      <w:szCs w:val="20"/>
    </w:rPr>
  </w:style>
  <w:style w:type="paragraph" w:styleId="Keterangan">
    <w:name w:val="caption"/>
    <w:basedOn w:val="Normal"/>
    <w:next w:val="Normal"/>
    <w:uiPriority w:val="35"/>
    <w:semiHidden/>
    <w:unhideWhenUsed/>
    <w:qFormat/>
    <w:rsid w:val="00FC693F"/>
    <w:pPr>
      <w:spacing w:after="200"/>
    </w:pPr>
    <w:rPr>
      <w:rFonts w:asciiTheme="minorHAnsi" w:eastAsiaTheme="minorEastAsia" w:hAnsiTheme="minorHAnsi" w:cstheme="minorBidi"/>
      <w:b/>
      <w:bCs/>
      <w:color w:val="4F81BD" w:themeColor="accent1"/>
      <w:sz w:val="18"/>
      <w:szCs w:val="18"/>
      <w:lang w:val="en-US" w:eastAsia="en-US"/>
    </w:rPr>
  </w:style>
  <w:style w:type="character" w:styleId="Kuat">
    <w:name w:val="Strong"/>
    <w:basedOn w:val="FontParagrafDefault"/>
    <w:uiPriority w:val="22"/>
    <w:qFormat/>
    <w:rsid w:val="00FC693F"/>
    <w:rPr>
      <w:b/>
      <w:bCs/>
    </w:rPr>
  </w:style>
  <w:style w:type="character" w:styleId="Penekanan">
    <w:name w:val="Emphasis"/>
    <w:basedOn w:val="FontParagrafDefault"/>
    <w:uiPriority w:val="20"/>
    <w:qFormat/>
    <w:rsid w:val="00FC693F"/>
    <w:rPr>
      <w:i/>
      <w:iCs/>
    </w:rPr>
  </w:style>
  <w:style w:type="paragraph" w:styleId="KutipanyangSering">
    <w:name w:val="Intense Quote"/>
    <w:basedOn w:val="Normal"/>
    <w:next w:val="Normal"/>
    <w:link w:val="KutipanyangSeringKAR"/>
    <w:uiPriority w:val="30"/>
    <w:qFormat/>
    <w:rsid w:val="00FC693F"/>
    <w:pPr>
      <w:pBdr>
        <w:bottom w:val="single" w:sz="4" w:space="4" w:color="4F81BD" w:themeColor="accent1"/>
      </w:pBdr>
      <w:spacing w:before="200" w:after="280" w:line="276" w:lineRule="auto"/>
      <w:ind w:left="936" w:right="936"/>
    </w:pPr>
    <w:rPr>
      <w:rFonts w:asciiTheme="minorHAnsi" w:eastAsiaTheme="minorEastAsia" w:hAnsiTheme="minorHAnsi" w:cstheme="minorBidi"/>
      <w:b/>
      <w:bCs/>
      <w:i/>
      <w:iCs/>
      <w:color w:val="4F81BD" w:themeColor="accent1"/>
      <w:sz w:val="22"/>
      <w:szCs w:val="22"/>
      <w:lang w:val="en-US" w:eastAsia="en-US"/>
    </w:rPr>
  </w:style>
  <w:style w:type="character" w:customStyle="1" w:styleId="KutipanyangSeringKAR">
    <w:name w:val="Kutipan yang Sering KAR"/>
    <w:basedOn w:val="FontParagrafDefault"/>
    <w:link w:val="KutipanyangSering"/>
    <w:uiPriority w:val="30"/>
    <w:rsid w:val="00FC693F"/>
    <w:rPr>
      <w:b/>
      <w:bCs/>
      <w:i/>
      <w:iCs/>
      <w:color w:val="4F81BD" w:themeColor="accent1"/>
    </w:rPr>
  </w:style>
  <w:style w:type="character" w:styleId="PenekananHalus">
    <w:name w:val="Subtle Emphasis"/>
    <w:basedOn w:val="FontParagrafDefault"/>
    <w:uiPriority w:val="19"/>
    <w:qFormat/>
    <w:rsid w:val="00FC693F"/>
    <w:rPr>
      <w:i/>
      <w:iCs/>
      <w:color w:val="808080" w:themeColor="text1" w:themeTint="7F"/>
    </w:rPr>
  </w:style>
  <w:style w:type="character" w:styleId="PenekananKeras">
    <w:name w:val="Intense Emphasis"/>
    <w:basedOn w:val="FontParagrafDefault"/>
    <w:uiPriority w:val="21"/>
    <w:qFormat/>
    <w:rsid w:val="00FC693F"/>
    <w:rPr>
      <w:b/>
      <w:bCs/>
      <w:i/>
      <w:iCs/>
      <w:color w:val="4F81BD" w:themeColor="accent1"/>
    </w:rPr>
  </w:style>
  <w:style w:type="character" w:styleId="ReferensiRumit">
    <w:name w:val="Subtle Reference"/>
    <w:basedOn w:val="FontParagrafDefault"/>
    <w:uiPriority w:val="31"/>
    <w:qFormat/>
    <w:rsid w:val="00FC693F"/>
    <w:rPr>
      <w:smallCaps/>
      <w:color w:val="C0504D" w:themeColor="accent2"/>
      <w:u w:val="single"/>
    </w:rPr>
  </w:style>
  <w:style w:type="character" w:styleId="ReferensiyangSering">
    <w:name w:val="Intense Reference"/>
    <w:basedOn w:val="FontParagrafDefault"/>
    <w:uiPriority w:val="32"/>
    <w:qFormat/>
    <w:rsid w:val="00FC693F"/>
    <w:rPr>
      <w:b/>
      <w:bCs/>
      <w:smallCaps/>
      <w:color w:val="C0504D" w:themeColor="accent2"/>
      <w:spacing w:val="5"/>
      <w:u w:val="single"/>
    </w:rPr>
  </w:style>
  <w:style w:type="character" w:styleId="JudulBuku">
    <w:name w:val="Book Title"/>
    <w:basedOn w:val="FontParagrafDefault"/>
    <w:uiPriority w:val="33"/>
    <w:qFormat/>
    <w:rsid w:val="00FC693F"/>
    <w:rPr>
      <w:b/>
      <w:bCs/>
      <w:smallCaps/>
      <w:spacing w:val="5"/>
    </w:rPr>
  </w:style>
  <w:style w:type="paragraph" w:styleId="JudulTOC">
    <w:name w:val="TOC Heading"/>
    <w:basedOn w:val="Judul1"/>
    <w:next w:val="Normal"/>
    <w:uiPriority w:val="39"/>
    <w:semiHidden/>
    <w:unhideWhenUsed/>
    <w:qFormat/>
    <w:rsid w:val="00FC693F"/>
    <w:pPr>
      <w:outlineLvl w:val="9"/>
    </w:pPr>
  </w:style>
  <w:style w:type="table" w:styleId="KisiTabel">
    <w:name w:val="Table Grid"/>
    <w:basedOn w:val="Tabel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BayanganTipis">
    <w:name w:val="Light Shading"/>
    <w:basedOn w:val="Tabel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BayanganCahaya-Aksen1">
    <w:name w:val="Light Shading Accent 1"/>
    <w:basedOn w:val="Tabel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BayanganCahaya-Aksen2">
    <w:name w:val="Light Shading Accent 2"/>
    <w:basedOn w:val="Tabel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BayanganCahaya-Aksen3">
    <w:name w:val="Light Shading Accent 3"/>
    <w:basedOn w:val="Tabel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BayanganCahaya-Aksen4">
    <w:name w:val="Light Shading Accent 4"/>
    <w:basedOn w:val="Tabel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BayanganCahaya-Aksen5">
    <w:name w:val="Light Shading Accent 5"/>
    <w:basedOn w:val="Tabel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BayanganCahaya-Aksen6">
    <w:name w:val="Light Shading Accent 6"/>
    <w:basedOn w:val="Tabel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DaftarCahaya">
    <w:name w:val="Light List"/>
    <w:basedOn w:val="Tabel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DaftarCahaya-Aksen1">
    <w:name w:val="Light List Accent 1"/>
    <w:basedOn w:val="Tabel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DaftarCahaya-Aksen2">
    <w:name w:val="Light List Accent 2"/>
    <w:basedOn w:val="Tabel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DaftarCahaya-Aksen3">
    <w:name w:val="Light List Accent 3"/>
    <w:basedOn w:val="Tabel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DaftarCahaya-Aksen4">
    <w:name w:val="Light List Accent 4"/>
    <w:basedOn w:val="Tabel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DaftarCahaya-Aksen5">
    <w:name w:val="Light List Accent 5"/>
    <w:basedOn w:val="Tabel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DaftarCahaya-Aksen6">
    <w:name w:val="Light List Accent 6"/>
    <w:basedOn w:val="Tabel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KisiCahaya">
    <w:name w:val="Light Grid"/>
    <w:basedOn w:val="Tabel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KisiCahaya-Aksen1">
    <w:name w:val="Light Grid Accent 1"/>
    <w:basedOn w:val="Tabel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KisiCahaya-Aksen2">
    <w:name w:val="Light Grid Accent 2"/>
    <w:basedOn w:val="Tabel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KisiCahaya-Aksen3">
    <w:name w:val="Light Grid Accent 3"/>
    <w:basedOn w:val="Tabel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KisiCahaya-Aksen4">
    <w:name w:val="Light Grid Accent 4"/>
    <w:basedOn w:val="Tabel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KisiCahaya-Aksen5">
    <w:name w:val="Light Grid Accent 5"/>
    <w:basedOn w:val="Tabel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KisiCahaya-Aksen6">
    <w:name w:val="Light Grid Accent 6"/>
    <w:basedOn w:val="Tabel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BayanganSedang1">
    <w:name w:val="Medium Shading 1"/>
    <w:basedOn w:val="Tabel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BayanganSedang1-Aksen1">
    <w:name w:val="Medium Shading 1 Accent 1"/>
    <w:basedOn w:val="Tabel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BayanganSedang1-Aksen2">
    <w:name w:val="Medium Shading 1 Accent 2"/>
    <w:basedOn w:val="Tabel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BayanganSedang1-Aksen3">
    <w:name w:val="Medium Shading 1 Accent 3"/>
    <w:basedOn w:val="Tabel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BayanganSedang1-Aksen4">
    <w:name w:val="Medium Shading 1 Accent 4"/>
    <w:basedOn w:val="Tabel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BayanganSedang1-Aksen5">
    <w:name w:val="Medium Shading 1 Accent 5"/>
    <w:basedOn w:val="Tabel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BayanganSedang1-Aksen6">
    <w:name w:val="Medium Shading 1 Accent 6"/>
    <w:basedOn w:val="Tabel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BayanganSedang2">
    <w:name w:val="Medium Shading 2"/>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1">
    <w:name w:val="Medium Shading 2 Accent 1"/>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2">
    <w:name w:val="Medium Shading 2 Accent 2"/>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3">
    <w:name w:val="Medium Shading 2 Accent 3"/>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4">
    <w:name w:val="Medium Shading 2 Accent 4"/>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5">
    <w:name w:val="Medium Shading 2 Accent 5"/>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BayanganSedang2-Aksen6">
    <w:name w:val="Medium Shading 2 Accent 6"/>
    <w:basedOn w:val="Tabel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DaftarSedang1">
    <w:name w:val="Medium List 1"/>
    <w:basedOn w:val="Tabel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DaftarSedang1-Aksen1">
    <w:name w:val="Medium List 1 Accent 1"/>
    <w:basedOn w:val="Tabel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DaftarSedang1-Aksen2">
    <w:name w:val="Medium List 1 Accent 2"/>
    <w:basedOn w:val="Tabel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DaftarSedang1-Aksen3">
    <w:name w:val="Medium List 1 Accent 3"/>
    <w:basedOn w:val="Tabel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DaftarSedang1-Aksen4">
    <w:name w:val="Medium List 1 Accent 4"/>
    <w:basedOn w:val="Tabel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DaftarSedang1-Aksen5">
    <w:name w:val="Medium List 1 Accent 5"/>
    <w:basedOn w:val="Tabel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DaftarSedang1-Aksen6">
    <w:name w:val="Medium List 1 Accent 6"/>
    <w:basedOn w:val="Tabel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DaftarSedang2">
    <w:name w:val="Medium List 2"/>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1">
    <w:name w:val="Medium List 2 Accent 1"/>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2">
    <w:name w:val="Medium List 2 Accent 2"/>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3">
    <w:name w:val="Medium List 2 Accent 3"/>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4">
    <w:name w:val="Medium List 2 Accent 4"/>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5">
    <w:name w:val="Medium List 2 Accent 5"/>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DaftarSedang2-Aksen6">
    <w:name w:val="Medium List 2 Accent 6"/>
    <w:basedOn w:val="Tabel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KisiSedang1">
    <w:name w:val="Medium Grid 1"/>
    <w:basedOn w:val="Tabel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isiSedang1-Aksen1">
    <w:name w:val="Medium Grid 1 Accent 1"/>
    <w:basedOn w:val="Tabel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isiSedang1-Aksen2">
    <w:name w:val="Medium Grid 1 Accent 2"/>
    <w:basedOn w:val="Tabel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isiSedang1-Aksen3">
    <w:name w:val="Medium Grid 1 Accent 3"/>
    <w:basedOn w:val="Tabel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isiSedang1-Aksen4">
    <w:name w:val="Medium Grid 1 Accent 4"/>
    <w:basedOn w:val="Tabel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isiSedang1-Aksen5">
    <w:name w:val="Medium Grid 1 Accent 5"/>
    <w:basedOn w:val="Tabel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isiSedang1-Aksen6">
    <w:name w:val="Medium Grid 1 Accent 6"/>
    <w:basedOn w:val="Tabel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KisiSedang2">
    <w:name w:val="Medium Grid 2"/>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KisiSedang2-Aksen1">
    <w:name w:val="Medium Grid 2 Accent 1"/>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KisiSedang2-Aksen2">
    <w:name w:val="Medium Grid 2 Accent 2"/>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KisiSedang2-Aksen3">
    <w:name w:val="Medium Grid 2 Accent 3"/>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KisiSedang2-Aksen4">
    <w:name w:val="Medium Grid 2 Accent 4"/>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KisiSedang2-Aksen5">
    <w:name w:val="Medium Grid 2 Accent 5"/>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KisiSedang2-Aksen6">
    <w:name w:val="Medium Grid 2 Accent 6"/>
    <w:basedOn w:val="Tabel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KisiSedang3">
    <w:name w:val="Medium Grid 3"/>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KisiSedang3-Aksen1">
    <w:name w:val="Medium Grid 3 Accent 1"/>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KisiSedang3-Aksen2">
    <w:name w:val="Medium Grid 3 Accent 2"/>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KisiSedang3-Aksen3">
    <w:name w:val="Medium Grid 3 Accent 3"/>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KisiSedang3-Aksen4">
    <w:name w:val="Medium Grid 3 Accent 4"/>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KisiSedang3-Aksen5">
    <w:name w:val="Medium Grid 3 Accent 5"/>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KisiSedang3-Aksen6">
    <w:name w:val="Medium Grid 3 Accent 6"/>
    <w:basedOn w:val="Tabel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ftarGelap">
    <w:name w:val="Dark List"/>
    <w:basedOn w:val="Tabel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ftarGelap-Aksen1">
    <w:name w:val="Dark List Accent 1"/>
    <w:basedOn w:val="Tabel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ftarGelap-Aksen2">
    <w:name w:val="Dark List Accent 2"/>
    <w:basedOn w:val="Tabel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ftarGelap-Aksen3">
    <w:name w:val="Dark List Accent 3"/>
    <w:basedOn w:val="Tabel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ftarGelap-Aksen4">
    <w:name w:val="Dark List Accent 4"/>
    <w:basedOn w:val="Tabel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ftarGelap-Aksen5">
    <w:name w:val="Dark List Accent 5"/>
    <w:basedOn w:val="Tabel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ftarGelap-Aksen6">
    <w:name w:val="Dark List Accent 6"/>
    <w:basedOn w:val="Tabel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BayanganBerwarna">
    <w:name w:val="Colorful Shading"/>
    <w:basedOn w:val="Tabel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yanganBerwarna-Aksen1">
    <w:name w:val="Colorful Shading Accent 1"/>
    <w:basedOn w:val="Tabel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BayanganBerwarna-Aksen2">
    <w:name w:val="Colorful Shading Accent 2"/>
    <w:basedOn w:val="Tabel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BayanganBerwarna-Aksen3">
    <w:name w:val="Colorful Shading Accent 3"/>
    <w:basedOn w:val="Tabel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BayanganBerwarna-Aksen4">
    <w:name w:val="Colorful Shading Accent 4"/>
    <w:basedOn w:val="Tabel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BayanganBerwarna-Aksen5">
    <w:name w:val="Colorful Shading Accent 5"/>
    <w:basedOn w:val="Tabel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BayanganBerwarna-Aksen6">
    <w:name w:val="Colorful Shading Accent 6"/>
    <w:basedOn w:val="Tabel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ftarBerwarna">
    <w:name w:val="Colorful List"/>
    <w:basedOn w:val="Tabel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DaftarBerwarna-Aksen1">
    <w:name w:val="Colorful List Accent 1"/>
    <w:basedOn w:val="Tabel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DaftarBerwarna-Aksen2">
    <w:name w:val="Colorful List Accent 2"/>
    <w:basedOn w:val="Tabel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DaftarBerwarna-Aksen3">
    <w:name w:val="Colorful List Accent 3"/>
    <w:basedOn w:val="Tabel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DaftarBerwarna-Aksen4">
    <w:name w:val="Colorful List Accent 4"/>
    <w:basedOn w:val="Tabel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DaftarBerwarna-Aksen5">
    <w:name w:val="Colorful List Accent 5"/>
    <w:basedOn w:val="Tabel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DaftarBerwarna-Aksen6">
    <w:name w:val="Colorful List Accent 6"/>
    <w:basedOn w:val="Tabel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isiBerwarna">
    <w:name w:val="Colorful Grid"/>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isiBerwarna-Aksen1">
    <w:name w:val="Colorful Grid Accent 1"/>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isiBerwarna-Aksen2">
    <w:name w:val="Colorful Grid Accent 2"/>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isiBerwarna-Aksen3">
    <w:name w:val="Colorful Grid Accent 3"/>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isiBerwarna-Aksen4">
    <w:name w:val="Colorful Grid Accent 4"/>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isiBerwarna-Aksen5">
    <w:name w:val="Colorful Grid Accent 5"/>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isiBerwarna-Aksen6">
    <w:name w:val="Colorful Grid Accent 6"/>
    <w:basedOn w:val="Tabel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8C6F7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016858">
      <w:bodyDiv w:val="1"/>
      <w:marLeft w:val="0"/>
      <w:marRight w:val="0"/>
      <w:marTop w:val="0"/>
      <w:marBottom w:val="0"/>
      <w:divBdr>
        <w:top w:val="none" w:sz="0" w:space="0" w:color="auto"/>
        <w:left w:val="none" w:sz="0" w:space="0" w:color="auto"/>
        <w:bottom w:val="none" w:sz="0" w:space="0" w:color="auto"/>
        <w:right w:val="none" w:sz="0" w:space="0" w:color="auto"/>
      </w:divBdr>
    </w:div>
    <w:div w:id="223026663">
      <w:bodyDiv w:val="1"/>
      <w:marLeft w:val="0"/>
      <w:marRight w:val="0"/>
      <w:marTop w:val="0"/>
      <w:marBottom w:val="0"/>
      <w:divBdr>
        <w:top w:val="none" w:sz="0" w:space="0" w:color="auto"/>
        <w:left w:val="none" w:sz="0" w:space="0" w:color="auto"/>
        <w:bottom w:val="none" w:sz="0" w:space="0" w:color="auto"/>
        <w:right w:val="none" w:sz="0" w:space="0" w:color="auto"/>
      </w:divBdr>
    </w:div>
    <w:div w:id="238365197">
      <w:bodyDiv w:val="1"/>
      <w:marLeft w:val="0"/>
      <w:marRight w:val="0"/>
      <w:marTop w:val="0"/>
      <w:marBottom w:val="0"/>
      <w:divBdr>
        <w:top w:val="none" w:sz="0" w:space="0" w:color="auto"/>
        <w:left w:val="none" w:sz="0" w:space="0" w:color="auto"/>
        <w:bottom w:val="none" w:sz="0" w:space="0" w:color="auto"/>
        <w:right w:val="none" w:sz="0" w:space="0" w:color="auto"/>
      </w:divBdr>
    </w:div>
    <w:div w:id="505022802">
      <w:bodyDiv w:val="1"/>
      <w:marLeft w:val="0"/>
      <w:marRight w:val="0"/>
      <w:marTop w:val="0"/>
      <w:marBottom w:val="0"/>
      <w:divBdr>
        <w:top w:val="none" w:sz="0" w:space="0" w:color="auto"/>
        <w:left w:val="none" w:sz="0" w:space="0" w:color="auto"/>
        <w:bottom w:val="none" w:sz="0" w:space="0" w:color="auto"/>
        <w:right w:val="none" w:sz="0" w:space="0" w:color="auto"/>
      </w:divBdr>
    </w:div>
    <w:div w:id="624197122">
      <w:bodyDiv w:val="1"/>
      <w:marLeft w:val="0"/>
      <w:marRight w:val="0"/>
      <w:marTop w:val="0"/>
      <w:marBottom w:val="0"/>
      <w:divBdr>
        <w:top w:val="none" w:sz="0" w:space="0" w:color="auto"/>
        <w:left w:val="none" w:sz="0" w:space="0" w:color="auto"/>
        <w:bottom w:val="none" w:sz="0" w:space="0" w:color="auto"/>
        <w:right w:val="none" w:sz="0" w:space="0" w:color="auto"/>
      </w:divBdr>
    </w:div>
    <w:div w:id="655375834">
      <w:bodyDiv w:val="1"/>
      <w:marLeft w:val="0"/>
      <w:marRight w:val="0"/>
      <w:marTop w:val="0"/>
      <w:marBottom w:val="0"/>
      <w:divBdr>
        <w:top w:val="none" w:sz="0" w:space="0" w:color="auto"/>
        <w:left w:val="none" w:sz="0" w:space="0" w:color="auto"/>
        <w:bottom w:val="none" w:sz="0" w:space="0" w:color="auto"/>
        <w:right w:val="none" w:sz="0" w:space="0" w:color="auto"/>
      </w:divBdr>
    </w:div>
    <w:div w:id="784811596">
      <w:bodyDiv w:val="1"/>
      <w:marLeft w:val="0"/>
      <w:marRight w:val="0"/>
      <w:marTop w:val="0"/>
      <w:marBottom w:val="0"/>
      <w:divBdr>
        <w:top w:val="none" w:sz="0" w:space="0" w:color="auto"/>
        <w:left w:val="none" w:sz="0" w:space="0" w:color="auto"/>
        <w:bottom w:val="none" w:sz="0" w:space="0" w:color="auto"/>
        <w:right w:val="none" w:sz="0" w:space="0" w:color="auto"/>
      </w:divBdr>
    </w:div>
    <w:div w:id="921454994">
      <w:bodyDiv w:val="1"/>
      <w:marLeft w:val="0"/>
      <w:marRight w:val="0"/>
      <w:marTop w:val="0"/>
      <w:marBottom w:val="0"/>
      <w:divBdr>
        <w:top w:val="none" w:sz="0" w:space="0" w:color="auto"/>
        <w:left w:val="none" w:sz="0" w:space="0" w:color="auto"/>
        <w:bottom w:val="none" w:sz="0" w:space="0" w:color="auto"/>
        <w:right w:val="none" w:sz="0" w:space="0" w:color="auto"/>
      </w:divBdr>
    </w:div>
    <w:div w:id="960184730">
      <w:bodyDiv w:val="1"/>
      <w:marLeft w:val="0"/>
      <w:marRight w:val="0"/>
      <w:marTop w:val="0"/>
      <w:marBottom w:val="0"/>
      <w:divBdr>
        <w:top w:val="none" w:sz="0" w:space="0" w:color="auto"/>
        <w:left w:val="none" w:sz="0" w:space="0" w:color="auto"/>
        <w:bottom w:val="none" w:sz="0" w:space="0" w:color="auto"/>
        <w:right w:val="none" w:sz="0" w:space="0" w:color="auto"/>
      </w:divBdr>
    </w:div>
    <w:div w:id="983125915">
      <w:bodyDiv w:val="1"/>
      <w:marLeft w:val="0"/>
      <w:marRight w:val="0"/>
      <w:marTop w:val="0"/>
      <w:marBottom w:val="0"/>
      <w:divBdr>
        <w:top w:val="none" w:sz="0" w:space="0" w:color="auto"/>
        <w:left w:val="none" w:sz="0" w:space="0" w:color="auto"/>
        <w:bottom w:val="none" w:sz="0" w:space="0" w:color="auto"/>
        <w:right w:val="none" w:sz="0" w:space="0" w:color="auto"/>
      </w:divBdr>
    </w:div>
    <w:div w:id="1007713972">
      <w:bodyDiv w:val="1"/>
      <w:marLeft w:val="0"/>
      <w:marRight w:val="0"/>
      <w:marTop w:val="0"/>
      <w:marBottom w:val="0"/>
      <w:divBdr>
        <w:top w:val="none" w:sz="0" w:space="0" w:color="auto"/>
        <w:left w:val="none" w:sz="0" w:space="0" w:color="auto"/>
        <w:bottom w:val="none" w:sz="0" w:space="0" w:color="auto"/>
        <w:right w:val="none" w:sz="0" w:space="0" w:color="auto"/>
      </w:divBdr>
    </w:div>
    <w:div w:id="1085414243">
      <w:bodyDiv w:val="1"/>
      <w:marLeft w:val="0"/>
      <w:marRight w:val="0"/>
      <w:marTop w:val="0"/>
      <w:marBottom w:val="0"/>
      <w:divBdr>
        <w:top w:val="none" w:sz="0" w:space="0" w:color="auto"/>
        <w:left w:val="none" w:sz="0" w:space="0" w:color="auto"/>
        <w:bottom w:val="none" w:sz="0" w:space="0" w:color="auto"/>
        <w:right w:val="none" w:sz="0" w:space="0" w:color="auto"/>
      </w:divBdr>
    </w:div>
    <w:div w:id="1146554349">
      <w:bodyDiv w:val="1"/>
      <w:marLeft w:val="0"/>
      <w:marRight w:val="0"/>
      <w:marTop w:val="0"/>
      <w:marBottom w:val="0"/>
      <w:divBdr>
        <w:top w:val="none" w:sz="0" w:space="0" w:color="auto"/>
        <w:left w:val="none" w:sz="0" w:space="0" w:color="auto"/>
        <w:bottom w:val="none" w:sz="0" w:space="0" w:color="auto"/>
        <w:right w:val="none" w:sz="0" w:space="0" w:color="auto"/>
      </w:divBdr>
    </w:div>
    <w:div w:id="1201669824">
      <w:bodyDiv w:val="1"/>
      <w:marLeft w:val="0"/>
      <w:marRight w:val="0"/>
      <w:marTop w:val="0"/>
      <w:marBottom w:val="0"/>
      <w:divBdr>
        <w:top w:val="none" w:sz="0" w:space="0" w:color="auto"/>
        <w:left w:val="none" w:sz="0" w:space="0" w:color="auto"/>
        <w:bottom w:val="none" w:sz="0" w:space="0" w:color="auto"/>
        <w:right w:val="none" w:sz="0" w:space="0" w:color="auto"/>
      </w:divBdr>
    </w:div>
    <w:div w:id="1245410810">
      <w:bodyDiv w:val="1"/>
      <w:marLeft w:val="0"/>
      <w:marRight w:val="0"/>
      <w:marTop w:val="0"/>
      <w:marBottom w:val="0"/>
      <w:divBdr>
        <w:top w:val="none" w:sz="0" w:space="0" w:color="auto"/>
        <w:left w:val="none" w:sz="0" w:space="0" w:color="auto"/>
        <w:bottom w:val="none" w:sz="0" w:space="0" w:color="auto"/>
        <w:right w:val="none" w:sz="0" w:space="0" w:color="auto"/>
      </w:divBdr>
    </w:div>
    <w:div w:id="1290018343">
      <w:bodyDiv w:val="1"/>
      <w:marLeft w:val="0"/>
      <w:marRight w:val="0"/>
      <w:marTop w:val="0"/>
      <w:marBottom w:val="0"/>
      <w:divBdr>
        <w:top w:val="none" w:sz="0" w:space="0" w:color="auto"/>
        <w:left w:val="none" w:sz="0" w:space="0" w:color="auto"/>
        <w:bottom w:val="none" w:sz="0" w:space="0" w:color="auto"/>
        <w:right w:val="none" w:sz="0" w:space="0" w:color="auto"/>
      </w:divBdr>
    </w:div>
    <w:div w:id="1370258112">
      <w:bodyDiv w:val="1"/>
      <w:marLeft w:val="0"/>
      <w:marRight w:val="0"/>
      <w:marTop w:val="0"/>
      <w:marBottom w:val="0"/>
      <w:divBdr>
        <w:top w:val="none" w:sz="0" w:space="0" w:color="auto"/>
        <w:left w:val="none" w:sz="0" w:space="0" w:color="auto"/>
        <w:bottom w:val="none" w:sz="0" w:space="0" w:color="auto"/>
        <w:right w:val="none" w:sz="0" w:space="0" w:color="auto"/>
      </w:divBdr>
    </w:div>
    <w:div w:id="1411853314">
      <w:bodyDiv w:val="1"/>
      <w:marLeft w:val="0"/>
      <w:marRight w:val="0"/>
      <w:marTop w:val="0"/>
      <w:marBottom w:val="0"/>
      <w:divBdr>
        <w:top w:val="none" w:sz="0" w:space="0" w:color="auto"/>
        <w:left w:val="none" w:sz="0" w:space="0" w:color="auto"/>
        <w:bottom w:val="none" w:sz="0" w:space="0" w:color="auto"/>
        <w:right w:val="none" w:sz="0" w:space="0" w:color="auto"/>
      </w:divBdr>
    </w:div>
    <w:div w:id="1489009863">
      <w:bodyDiv w:val="1"/>
      <w:marLeft w:val="0"/>
      <w:marRight w:val="0"/>
      <w:marTop w:val="0"/>
      <w:marBottom w:val="0"/>
      <w:divBdr>
        <w:top w:val="none" w:sz="0" w:space="0" w:color="auto"/>
        <w:left w:val="none" w:sz="0" w:space="0" w:color="auto"/>
        <w:bottom w:val="none" w:sz="0" w:space="0" w:color="auto"/>
        <w:right w:val="none" w:sz="0" w:space="0" w:color="auto"/>
      </w:divBdr>
    </w:div>
    <w:div w:id="1607350603">
      <w:bodyDiv w:val="1"/>
      <w:marLeft w:val="0"/>
      <w:marRight w:val="0"/>
      <w:marTop w:val="0"/>
      <w:marBottom w:val="0"/>
      <w:divBdr>
        <w:top w:val="none" w:sz="0" w:space="0" w:color="auto"/>
        <w:left w:val="none" w:sz="0" w:space="0" w:color="auto"/>
        <w:bottom w:val="none" w:sz="0" w:space="0" w:color="auto"/>
        <w:right w:val="none" w:sz="0" w:space="0" w:color="auto"/>
      </w:divBdr>
    </w:div>
    <w:div w:id="1659576190">
      <w:bodyDiv w:val="1"/>
      <w:marLeft w:val="0"/>
      <w:marRight w:val="0"/>
      <w:marTop w:val="0"/>
      <w:marBottom w:val="0"/>
      <w:divBdr>
        <w:top w:val="none" w:sz="0" w:space="0" w:color="auto"/>
        <w:left w:val="none" w:sz="0" w:space="0" w:color="auto"/>
        <w:bottom w:val="none" w:sz="0" w:space="0" w:color="auto"/>
        <w:right w:val="none" w:sz="0" w:space="0" w:color="auto"/>
      </w:divBdr>
    </w:div>
    <w:div w:id="1785728422">
      <w:bodyDiv w:val="1"/>
      <w:marLeft w:val="0"/>
      <w:marRight w:val="0"/>
      <w:marTop w:val="0"/>
      <w:marBottom w:val="0"/>
      <w:divBdr>
        <w:top w:val="none" w:sz="0" w:space="0" w:color="auto"/>
        <w:left w:val="none" w:sz="0" w:space="0" w:color="auto"/>
        <w:bottom w:val="none" w:sz="0" w:space="0" w:color="auto"/>
        <w:right w:val="none" w:sz="0" w:space="0" w:color="auto"/>
      </w:divBdr>
    </w:div>
    <w:div w:id="1878925559">
      <w:bodyDiv w:val="1"/>
      <w:marLeft w:val="0"/>
      <w:marRight w:val="0"/>
      <w:marTop w:val="0"/>
      <w:marBottom w:val="0"/>
      <w:divBdr>
        <w:top w:val="none" w:sz="0" w:space="0" w:color="auto"/>
        <w:left w:val="none" w:sz="0" w:space="0" w:color="auto"/>
        <w:bottom w:val="none" w:sz="0" w:space="0" w:color="auto"/>
        <w:right w:val="none" w:sz="0" w:space="0" w:color="auto"/>
      </w:divBdr>
    </w:div>
    <w:div w:id="1891071800">
      <w:bodyDiv w:val="1"/>
      <w:marLeft w:val="0"/>
      <w:marRight w:val="0"/>
      <w:marTop w:val="0"/>
      <w:marBottom w:val="0"/>
      <w:divBdr>
        <w:top w:val="none" w:sz="0" w:space="0" w:color="auto"/>
        <w:left w:val="none" w:sz="0" w:space="0" w:color="auto"/>
        <w:bottom w:val="none" w:sz="0" w:space="0" w:color="auto"/>
        <w:right w:val="none" w:sz="0" w:space="0" w:color="auto"/>
      </w:divBdr>
    </w:div>
    <w:div w:id="1922988671">
      <w:bodyDiv w:val="1"/>
      <w:marLeft w:val="0"/>
      <w:marRight w:val="0"/>
      <w:marTop w:val="0"/>
      <w:marBottom w:val="0"/>
      <w:divBdr>
        <w:top w:val="none" w:sz="0" w:space="0" w:color="auto"/>
        <w:left w:val="none" w:sz="0" w:space="0" w:color="auto"/>
        <w:bottom w:val="none" w:sz="0" w:space="0" w:color="auto"/>
        <w:right w:val="none" w:sz="0" w:space="0" w:color="auto"/>
      </w:divBdr>
    </w:div>
    <w:div w:id="1952474532">
      <w:bodyDiv w:val="1"/>
      <w:marLeft w:val="0"/>
      <w:marRight w:val="0"/>
      <w:marTop w:val="0"/>
      <w:marBottom w:val="0"/>
      <w:divBdr>
        <w:top w:val="none" w:sz="0" w:space="0" w:color="auto"/>
        <w:left w:val="none" w:sz="0" w:space="0" w:color="auto"/>
        <w:bottom w:val="none" w:sz="0" w:space="0" w:color="auto"/>
        <w:right w:val="none" w:sz="0" w:space="0" w:color="auto"/>
      </w:divBdr>
    </w:div>
    <w:div w:id="1961762972">
      <w:bodyDiv w:val="1"/>
      <w:marLeft w:val="0"/>
      <w:marRight w:val="0"/>
      <w:marTop w:val="0"/>
      <w:marBottom w:val="0"/>
      <w:divBdr>
        <w:top w:val="none" w:sz="0" w:space="0" w:color="auto"/>
        <w:left w:val="none" w:sz="0" w:space="0" w:color="auto"/>
        <w:bottom w:val="none" w:sz="0" w:space="0" w:color="auto"/>
        <w:right w:val="none" w:sz="0" w:space="0" w:color="auto"/>
      </w:divBdr>
    </w:div>
    <w:div w:id="20809786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11</Pages>
  <Words>2254</Words>
  <Characters>12853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15077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Office User</cp:lastModifiedBy>
  <cp:revision>8</cp:revision>
  <cp:lastPrinted>2025-11-24T02:14:00Z</cp:lastPrinted>
  <dcterms:created xsi:type="dcterms:W3CDTF">2013-12-23T23:15:00Z</dcterms:created>
  <dcterms:modified xsi:type="dcterms:W3CDTF">2025-11-24T04:07:00Z</dcterms:modified>
  <cp:category/>
</cp:coreProperties>
</file>